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F9D" w:rsidRPr="002B2F9D" w:rsidRDefault="002B2F9D" w:rsidP="002B2F9D">
      <w:pPr>
        <w:spacing w:after="0" w:line="290" w:lineRule="auto"/>
        <w:ind w:left="5013" w:right="238"/>
        <w:jc w:val="right"/>
        <w:rPr>
          <w:lang w:val="ru-RU"/>
        </w:rPr>
      </w:pPr>
    </w:p>
    <w:p w:rsidR="002B2F9D" w:rsidRPr="002B2F9D" w:rsidRDefault="002B2F9D" w:rsidP="002B2F9D">
      <w:pPr>
        <w:spacing w:after="0" w:line="290" w:lineRule="auto"/>
        <w:ind w:left="5013" w:right="238"/>
        <w:jc w:val="right"/>
        <w:rPr>
          <w:lang w:val="ru-RU"/>
        </w:rPr>
      </w:pPr>
    </w:p>
    <w:p w:rsidR="002B2F9D" w:rsidRPr="002B2F9D" w:rsidRDefault="002B2F9D" w:rsidP="002B2F9D">
      <w:pPr>
        <w:spacing w:after="0" w:line="290" w:lineRule="auto"/>
        <w:ind w:left="5013" w:right="238"/>
        <w:jc w:val="right"/>
        <w:rPr>
          <w:lang w:val="ru-RU"/>
        </w:rPr>
      </w:pPr>
    </w:p>
    <w:p w:rsidR="002B2F9D" w:rsidRPr="002B2F9D" w:rsidRDefault="002B2F9D" w:rsidP="002B2F9D">
      <w:pPr>
        <w:ind w:left="3635" w:right="7"/>
        <w:rPr>
          <w:lang w:val="ru-RU"/>
        </w:rPr>
      </w:pPr>
      <w:r w:rsidRPr="002B2F9D">
        <w:rPr>
          <w:lang w:val="ru-RU"/>
        </w:rPr>
        <w:br w:type="page"/>
      </w:r>
    </w:p>
    <w:p w:rsidR="00B224D6" w:rsidRPr="007C64D2" w:rsidRDefault="00AE79CD">
      <w:pPr>
        <w:rPr>
          <w:lang w:val="ru-RU"/>
        </w:rPr>
        <w:sectPr w:rsidR="00B224D6" w:rsidRPr="007C64D2">
          <w:pgSz w:w="11900" w:h="16840"/>
          <w:pgMar w:top="1440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722620" cy="7863840"/>
            <wp:effectExtent l="0" t="0" r="0" b="3810"/>
            <wp:docPr id="1" name="Рисунок 1" descr="C:\Users\Ксюша\Desktop\лит чт на родно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юша\Desktop\лит чт на родном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86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FE45B5" w:rsidRDefault="00BF1A17" w:rsidP="00FE45B5">
      <w:pPr>
        <w:pStyle w:val="af"/>
        <w:spacing w:line="271" w:lineRule="exact"/>
        <w:ind w:left="673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FE45B5" w:rsidRPr="00FE45B5" w:rsidRDefault="00FE45B5" w:rsidP="00FE45B5">
      <w:pPr>
        <w:pStyle w:val="af"/>
        <w:spacing w:line="271" w:lineRule="exact"/>
        <w:ind w:left="673"/>
        <w:jc w:val="both"/>
        <w:rPr>
          <w:lang w:val="ru-RU"/>
        </w:rPr>
      </w:pPr>
      <w:r w:rsidRPr="00FE45B5">
        <w:rPr>
          <w:lang w:val="ru-RU"/>
        </w:rPr>
        <w:t xml:space="preserve"> Рабочая</w:t>
      </w:r>
      <w:r w:rsidRPr="00FE45B5">
        <w:rPr>
          <w:spacing w:val="-1"/>
          <w:lang w:val="ru-RU"/>
        </w:rPr>
        <w:t xml:space="preserve"> </w:t>
      </w:r>
      <w:r w:rsidRPr="00FE45B5">
        <w:rPr>
          <w:lang w:val="ru-RU"/>
        </w:rPr>
        <w:t>программа</w:t>
      </w:r>
      <w:r w:rsidRPr="00FE45B5">
        <w:rPr>
          <w:spacing w:val="-6"/>
          <w:lang w:val="ru-RU"/>
        </w:rPr>
        <w:t xml:space="preserve"> </w:t>
      </w:r>
      <w:r w:rsidRPr="00FE45B5">
        <w:rPr>
          <w:lang w:val="ru-RU"/>
        </w:rPr>
        <w:t>по</w:t>
      </w:r>
      <w:r w:rsidRPr="00FE45B5">
        <w:rPr>
          <w:spacing w:val="4"/>
          <w:lang w:val="ru-RU"/>
        </w:rPr>
        <w:t xml:space="preserve"> </w:t>
      </w:r>
      <w:r w:rsidRPr="00FE45B5">
        <w:rPr>
          <w:lang w:val="ru-RU"/>
        </w:rPr>
        <w:t>предмету</w:t>
      </w:r>
      <w:r w:rsidRPr="00FE45B5">
        <w:rPr>
          <w:spacing w:val="-9"/>
          <w:lang w:val="ru-RU"/>
        </w:rPr>
        <w:t xml:space="preserve"> </w:t>
      </w:r>
      <w:r w:rsidRPr="00FE45B5">
        <w:rPr>
          <w:lang w:val="ru-RU"/>
        </w:rPr>
        <w:t>«</w:t>
      </w:r>
      <w:r>
        <w:rPr>
          <w:lang w:val="ru-RU"/>
        </w:rPr>
        <w:t>Литературное чтение на родном (русском) языке»</w:t>
      </w:r>
      <w:r w:rsidRPr="00FE45B5">
        <w:rPr>
          <w:spacing w:val="-5"/>
          <w:lang w:val="ru-RU"/>
        </w:rPr>
        <w:t xml:space="preserve"> </w:t>
      </w:r>
      <w:r w:rsidRPr="00FE45B5">
        <w:rPr>
          <w:lang w:val="ru-RU"/>
        </w:rPr>
        <w:t>для 1- 4-</w:t>
      </w:r>
      <w:proofErr w:type="gramStart"/>
      <w:r w:rsidRPr="00FE45B5">
        <w:rPr>
          <w:lang w:val="ru-RU"/>
        </w:rPr>
        <w:t xml:space="preserve">х </w:t>
      </w:r>
      <w:r w:rsidRPr="00FE45B5">
        <w:rPr>
          <w:spacing w:val="4"/>
          <w:lang w:val="ru-RU"/>
        </w:rPr>
        <w:t xml:space="preserve"> </w:t>
      </w:r>
      <w:r w:rsidRPr="00FE45B5">
        <w:rPr>
          <w:lang w:val="ru-RU"/>
        </w:rPr>
        <w:t>классов</w:t>
      </w:r>
      <w:proofErr w:type="gramEnd"/>
      <w:r w:rsidRPr="00FE45B5">
        <w:rPr>
          <w:spacing w:val="-1"/>
          <w:lang w:val="ru-RU"/>
        </w:rPr>
        <w:t xml:space="preserve"> </w:t>
      </w:r>
      <w:r w:rsidRPr="00FE45B5">
        <w:rPr>
          <w:lang w:val="ru-RU"/>
        </w:rPr>
        <w:t>составлена</w:t>
      </w:r>
      <w:r w:rsidRPr="00FE45B5">
        <w:rPr>
          <w:spacing w:val="-1"/>
          <w:lang w:val="ru-RU"/>
        </w:rPr>
        <w:t xml:space="preserve"> </w:t>
      </w:r>
      <w:r w:rsidRPr="00FE45B5">
        <w:rPr>
          <w:lang w:val="ru-RU"/>
        </w:rPr>
        <w:t>на</w:t>
      </w:r>
      <w:r w:rsidRPr="00FE45B5">
        <w:rPr>
          <w:spacing w:val="-11"/>
          <w:lang w:val="ru-RU"/>
        </w:rPr>
        <w:t xml:space="preserve"> </w:t>
      </w:r>
      <w:r w:rsidRPr="00FE45B5">
        <w:rPr>
          <w:lang w:val="ru-RU"/>
        </w:rPr>
        <w:t>основе</w:t>
      </w:r>
      <w:r w:rsidRPr="00FE45B5">
        <w:rPr>
          <w:spacing w:val="-6"/>
          <w:lang w:val="ru-RU"/>
        </w:rPr>
        <w:t xml:space="preserve"> </w:t>
      </w:r>
      <w:r w:rsidRPr="00FE45B5">
        <w:rPr>
          <w:lang w:val="ru-RU"/>
        </w:rPr>
        <w:t>следующих</w:t>
      </w:r>
      <w:r w:rsidRPr="00FE45B5">
        <w:rPr>
          <w:spacing w:val="-5"/>
          <w:lang w:val="ru-RU"/>
        </w:rPr>
        <w:t xml:space="preserve"> </w:t>
      </w:r>
      <w:r w:rsidRPr="00FE45B5">
        <w:rPr>
          <w:lang w:val="ru-RU"/>
        </w:rPr>
        <w:t>документов:</w:t>
      </w:r>
    </w:p>
    <w:p w:rsidR="00FE45B5" w:rsidRPr="00FE45B5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before="3" w:after="0" w:line="275" w:lineRule="exact"/>
        <w:contextualSpacing w:val="0"/>
        <w:jc w:val="both"/>
        <w:rPr>
          <w:sz w:val="24"/>
          <w:lang w:val="ru-RU"/>
        </w:rPr>
      </w:pPr>
      <w:r w:rsidRPr="00FE45B5">
        <w:rPr>
          <w:sz w:val="24"/>
          <w:lang w:val="ru-RU"/>
        </w:rPr>
        <w:t>Федеральный закон</w:t>
      </w:r>
      <w:r w:rsidRPr="00FE45B5">
        <w:rPr>
          <w:spacing w:val="-9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от</w:t>
      </w:r>
      <w:r w:rsidRPr="00FE45B5">
        <w:rPr>
          <w:spacing w:val="-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29.12.2012</w:t>
      </w:r>
      <w:r w:rsidRPr="00FE45B5">
        <w:rPr>
          <w:spacing w:val="-5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№</w:t>
      </w:r>
      <w:r w:rsidRPr="00FE45B5">
        <w:rPr>
          <w:spacing w:val="-4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273-ФЗ</w:t>
      </w:r>
      <w:r w:rsidRPr="00FE45B5">
        <w:rPr>
          <w:spacing w:val="-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«Об</w:t>
      </w:r>
      <w:r w:rsidRPr="00FE45B5">
        <w:rPr>
          <w:spacing w:val="-3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образовании</w:t>
      </w:r>
      <w:r w:rsidRPr="00FE45B5">
        <w:rPr>
          <w:spacing w:val="-4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в Российской</w:t>
      </w:r>
      <w:r w:rsidRPr="00FE45B5">
        <w:rPr>
          <w:spacing w:val="-4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Федерации»;</w:t>
      </w:r>
    </w:p>
    <w:p w:rsidR="00FE45B5" w:rsidRPr="00FE45B5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after="0" w:line="240" w:lineRule="auto"/>
        <w:ind w:right="233"/>
        <w:contextualSpacing w:val="0"/>
        <w:jc w:val="both"/>
        <w:rPr>
          <w:sz w:val="24"/>
          <w:lang w:val="ru-RU"/>
        </w:rPr>
      </w:pPr>
      <w:r w:rsidRPr="00FE45B5">
        <w:rPr>
          <w:sz w:val="24"/>
          <w:lang w:val="ru-RU"/>
        </w:rPr>
        <w:t>приказ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Министерства образования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и науки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Российской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Федерации от 17.12.2010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№1897 «Об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утверждении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введении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в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действие</w:t>
      </w:r>
      <w:r w:rsidRPr="00FE45B5">
        <w:rPr>
          <w:spacing w:val="-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федерального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государственного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образовательного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стандарта</w:t>
      </w:r>
      <w:r w:rsidRPr="00FE45B5">
        <w:rPr>
          <w:spacing w:val="-4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основного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общего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образования»;</w:t>
      </w:r>
    </w:p>
    <w:p w:rsidR="00FE45B5" w:rsidRPr="00FE45B5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after="0" w:line="240" w:lineRule="auto"/>
        <w:ind w:right="246"/>
        <w:contextualSpacing w:val="0"/>
        <w:jc w:val="both"/>
        <w:rPr>
          <w:sz w:val="24"/>
          <w:lang w:val="ru-RU"/>
        </w:rPr>
      </w:pPr>
      <w:r w:rsidRPr="00FE45B5">
        <w:rPr>
          <w:sz w:val="24"/>
          <w:lang w:val="ru-RU"/>
        </w:rPr>
        <w:t>постановление Главного государственного санитарного врача Российской Федерации от 28.09.2020 №28 «Об утверждении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санитарных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правил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СП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2.4.3648-20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«Санитарно-эпидемиологические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требования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к организациям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воспитания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и обучения,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отдыха и</w:t>
      </w:r>
      <w:r w:rsidRPr="00FE45B5">
        <w:rPr>
          <w:spacing w:val="-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оздоровления</w:t>
      </w:r>
      <w:r w:rsidRPr="00FE45B5">
        <w:rPr>
          <w:spacing w:val="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детей</w:t>
      </w:r>
      <w:r w:rsidRPr="00FE45B5">
        <w:rPr>
          <w:spacing w:val="-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и</w:t>
      </w:r>
      <w:r w:rsidRPr="00FE45B5">
        <w:rPr>
          <w:spacing w:val="3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молодежи»;</w:t>
      </w:r>
    </w:p>
    <w:p w:rsidR="00FE45B5" w:rsidRPr="00FE45B5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after="0" w:line="235" w:lineRule="auto"/>
        <w:ind w:right="232"/>
        <w:contextualSpacing w:val="0"/>
        <w:jc w:val="both"/>
        <w:rPr>
          <w:sz w:val="24"/>
          <w:lang w:val="ru-RU"/>
        </w:rPr>
      </w:pPr>
      <w:r w:rsidRPr="00FE45B5">
        <w:rPr>
          <w:sz w:val="24"/>
          <w:lang w:val="ru-RU"/>
        </w:rPr>
        <w:t>постановление Главного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государственного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санитарного врача Российской Федерации от 28.01.2021 №2 «Об утверждении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санитарных правил и норм СанПиН 1.2.3685-21 «Гигиенические нормативы и требования к обеспечению безопасности и (или)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безвредности</w:t>
      </w:r>
      <w:r w:rsidRPr="00FE45B5">
        <w:rPr>
          <w:spacing w:val="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для</w:t>
      </w:r>
      <w:r w:rsidRPr="00FE45B5">
        <w:rPr>
          <w:spacing w:val="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человека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факторов</w:t>
      </w:r>
      <w:r w:rsidRPr="00FE45B5">
        <w:rPr>
          <w:spacing w:val="-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среды</w:t>
      </w:r>
      <w:r w:rsidRPr="00FE45B5">
        <w:rPr>
          <w:spacing w:val="-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обитания»;</w:t>
      </w:r>
    </w:p>
    <w:p w:rsidR="00FE45B5" w:rsidRPr="00FE45B5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before="2" w:after="0" w:line="240" w:lineRule="auto"/>
        <w:ind w:right="225"/>
        <w:contextualSpacing w:val="0"/>
        <w:jc w:val="both"/>
        <w:rPr>
          <w:sz w:val="24"/>
          <w:lang w:val="ru-RU"/>
        </w:rPr>
      </w:pPr>
      <w:r w:rsidRPr="00FE45B5">
        <w:rPr>
          <w:sz w:val="24"/>
          <w:lang w:val="ru-RU"/>
        </w:rPr>
        <w:t>приказ Министерства просвещения Российской Федерации от 22.03.2021 №115 «Об утверждении Порядка организации 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осуществления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образовательной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деятельности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по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основным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общеобразовательным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программам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–</w:t>
      </w:r>
      <w:r w:rsidRPr="00FE45B5">
        <w:rPr>
          <w:spacing w:val="6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образовательным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программам</w:t>
      </w:r>
      <w:r w:rsidRPr="00FE45B5">
        <w:rPr>
          <w:spacing w:val="-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начального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общего,</w:t>
      </w:r>
      <w:r w:rsidRPr="00FE45B5">
        <w:rPr>
          <w:spacing w:val="-5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основного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общего</w:t>
      </w:r>
      <w:r w:rsidRPr="00FE45B5">
        <w:rPr>
          <w:spacing w:val="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и</w:t>
      </w:r>
      <w:r w:rsidRPr="00FE45B5">
        <w:rPr>
          <w:spacing w:val="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среднего</w:t>
      </w:r>
      <w:r w:rsidRPr="00FE45B5">
        <w:rPr>
          <w:spacing w:val="2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общего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образования»;</w:t>
      </w:r>
    </w:p>
    <w:p w:rsidR="00FE45B5" w:rsidRPr="00FE45B5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after="0" w:line="240" w:lineRule="auto"/>
        <w:ind w:right="231"/>
        <w:contextualSpacing w:val="0"/>
        <w:jc w:val="both"/>
        <w:rPr>
          <w:sz w:val="24"/>
          <w:lang w:val="ru-RU"/>
        </w:rPr>
      </w:pPr>
      <w:r w:rsidRPr="00FE45B5">
        <w:rPr>
          <w:sz w:val="24"/>
          <w:lang w:val="ru-RU"/>
        </w:rPr>
        <w:t>приказ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Министерства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просвещения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России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от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20.05.2020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№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254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«Об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утверждении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федерального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перечня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учебников,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допущенных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к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использованию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при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реализации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имеющих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государственную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аккредитацию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образовательных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программ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начального общего, основного общего, среднего общего образования организациями, осуществляющими образовательную</w:t>
      </w:r>
      <w:r w:rsidRPr="00FE45B5">
        <w:rPr>
          <w:spacing w:val="1"/>
          <w:sz w:val="24"/>
          <w:lang w:val="ru-RU"/>
        </w:rPr>
        <w:t xml:space="preserve"> </w:t>
      </w:r>
      <w:r w:rsidRPr="00FE45B5">
        <w:rPr>
          <w:sz w:val="24"/>
          <w:lang w:val="ru-RU"/>
        </w:rPr>
        <w:t>деятельность»</w:t>
      </w:r>
    </w:p>
    <w:p w:rsidR="00FE45B5" w:rsidRPr="009115EF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1950"/>
        </w:tabs>
        <w:autoSpaceDE w:val="0"/>
        <w:autoSpaceDN w:val="0"/>
        <w:spacing w:after="0" w:line="240" w:lineRule="auto"/>
        <w:ind w:left="1950" w:hanging="197"/>
        <w:contextualSpacing w:val="0"/>
        <w:jc w:val="both"/>
        <w:rPr>
          <w:sz w:val="24"/>
          <w:lang w:val="ru-RU"/>
        </w:rPr>
      </w:pPr>
      <w:r w:rsidRPr="009115EF">
        <w:rPr>
          <w:sz w:val="24"/>
          <w:lang w:val="ru-RU"/>
        </w:rPr>
        <w:t>Устав образовательного учреждения</w:t>
      </w:r>
      <w:r w:rsidRPr="009115EF">
        <w:rPr>
          <w:spacing w:val="3"/>
          <w:sz w:val="24"/>
          <w:lang w:val="ru-RU"/>
        </w:rPr>
        <w:t xml:space="preserve"> </w:t>
      </w:r>
      <w:proofErr w:type="spellStart"/>
      <w:proofErr w:type="gramStart"/>
      <w:r w:rsidRPr="009115EF">
        <w:rPr>
          <w:sz w:val="24"/>
          <w:lang w:val="ru-RU"/>
        </w:rPr>
        <w:t>МБОУ»Верхнекармальская</w:t>
      </w:r>
      <w:proofErr w:type="spellEnd"/>
      <w:proofErr w:type="gramEnd"/>
      <w:r w:rsidRPr="009115EF">
        <w:rPr>
          <w:sz w:val="24"/>
          <w:lang w:val="ru-RU"/>
        </w:rPr>
        <w:t xml:space="preserve"> ООШ»;</w:t>
      </w:r>
    </w:p>
    <w:p w:rsidR="00FE45B5" w:rsidRPr="009115EF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1950"/>
        </w:tabs>
        <w:autoSpaceDE w:val="0"/>
        <w:autoSpaceDN w:val="0"/>
        <w:spacing w:before="1" w:after="0" w:line="275" w:lineRule="exact"/>
        <w:ind w:left="1950" w:hanging="197"/>
        <w:contextualSpacing w:val="0"/>
        <w:rPr>
          <w:sz w:val="24"/>
          <w:lang w:val="ru-RU"/>
        </w:rPr>
      </w:pPr>
      <w:r w:rsidRPr="009115EF">
        <w:rPr>
          <w:sz w:val="24"/>
          <w:lang w:val="ru-RU"/>
        </w:rPr>
        <w:t>Основная</w:t>
      </w:r>
      <w:r w:rsidRPr="009115EF">
        <w:rPr>
          <w:spacing w:val="-5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образовательная</w:t>
      </w:r>
      <w:r w:rsidRPr="009115EF">
        <w:rPr>
          <w:spacing w:val="-5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программа</w:t>
      </w:r>
      <w:r w:rsidRPr="009115EF">
        <w:rPr>
          <w:spacing w:val="-6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основного</w:t>
      </w:r>
      <w:r w:rsidRPr="009115EF">
        <w:rPr>
          <w:spacing w:val="-5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общего образования</w:t>
      </w:r>
      <w:r w:rsidRPr="009115EF">
        <w:rPr>
          <w:spacing w:val="-1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МБОУ</w:t>
      </w:r>
      <w:r w:rsidRPr="009115EF">
        <w:rPr>
          <w:spacing w:val="-3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«</w:t>
      </w:r>
      <w:proofErr w:type="spellStart"/>
      <w:r w:rsidRPr="009115EF">
        <w:rPr>
          <w:sz w:val="24"/>
          <w:lang w:val="ru-RU"/>
        </w:rPr>
        <w:t>Верхнекармальская</w:t>
      </w:r>
      <w:proofErr w:type="spellEnd"/>
      <w:r w:rsidRPr="009115EF">
        <w:rPr>
          <w:sz w:val="24"/>
          <w:lang w:val="ru-RU"/>
        </w:rPr>
        <w:t xml:space="preserve"> ООШ»</w:t>
      </w:r>
    </w:p>
    <w:p w:rsidR="00FE45B5" w:rsidRPr="009115EF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1950"/>
        </w:tabs>
        <w:autoSpaceDE w:val="0"/>
        <w:autoSpaceDN w:val="0"/>
        <w:spacing w:after="0" w:line="275" w:lineRule="exact"/>
        <w:ind w:left="1950" w:hanging="197"/>
        <w:contextualSpacing w:val="0"/>
        <w:rPr>
          <w:sz w:val="24"/>
          <w:lang w:val="ru-RU"/>
        </w:rPr>
      </w:pPr>
      <w:r w:rsidRPr="009115EF">
        <w:rPr>
          <w:sz w:val="24"/>
          <w:lang w:val="ru-RU"/>
        </w:rPr>
        <w:t>Положение</w:t>
      </w:r>
      <w:r w:rsidRPr="009115EF">
        <w:rPr>
          <w:spacing w:val="-6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о</w:t>
      </w:r>
      <w:r w:rsidRPr="009115EF">
        <w:rPr>
          <w:spacing w:val="-1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рабочей</w:t>
      </w:r>
      <w:r w:rsidRPr="009115EF">
        <w:rPr>
          <w:spacing w:val="-4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программе,</w:t>
      </w:r>
      <w:r w:rsidRPr="009115EF">
        <w:rPr>
          <w:spacing w:val="2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разработанного в</w:t>
      </w:r>
      <w:r w:rsidRPr="009115EF">
        <w:rPr>
          <w:spacing w:val="2"/>
          <w:sz w:val="24"/>
          <w:lang w:val="ru-RU"/>
        </w:rPr>
        <w:t xml:space="preserve"> </w:t>
      </w:r>
      <w:proofErr w:type="spellStart"/>
      <w:proofErr w:type="gramStart"/>
      <w:r w:rsidRPr="009115EF">
        <w:rPr>
          <w:sz w:val="24"/>
          <w:lang w:val="ru-RU"/>
        </w:rPr>
        <w:t>МБОУ»Верхнекармальская</w:t>
      </w:r>
      <w:proofErr w:type="spellEnd"/>
      <w:proofErr w:type="gramEnd"/>
      <w:r w:rsidRPr="009115EF">
        <w:rPr>
          <w:sz w:val="24"/>
          <w:lang w:val="ru-RU"/>
        </w:rPr>
        <w:t xml:space="preserve"> ООШ»; </w:t>
      </w:r>
    </w:p>
    <w:p w:rsidR="00FE45B5" w:rsidRPr="009115EF" w:rsidRDefault="00FE45B5" w:rsidP="00FE45B5">
      <w:pPr>
        <w:pStyle w:val="ae"/>
        <w:widowControl w:val="0"/>
        <w:numPr>
          <w:ilvl w:val="0"/>
          <w:numId w:val="10"/>
        </w:numPr>
        <w:tabs>
          <w:tab w:val="left" w:pos="1950"/>
        </w:tabs>
        <w:autoSpaceDE w:val="0"/>
        <w:autoSpaceDN w:val="0"/>
        <w:spacing w:after="0" w:line="275" w:lineRule="exact"/>
        <w:ind w:left="1950" w:hanging="197"/>
        <w:contextualSpacing w:val="0"/>
        <w:rPr>
          <w:sz w:val="24"/>
          <w:lang w:val="ru-RU"/>
        </w:rPr>
      </w:pPr>
      <w:r w:rsidRPr="009115EF">
        <w:rPr>
          <w:sz w:val="24"/>
          <w:lang w:val="ru-RU"/>
        </w:rPr>
        <w:t>Учебный</w:t>
      </w:r>
      <w:r w:rsidRPr="009115EF">
        <w:rPr>
          <w:spacing w:val="1"/>
          <w:sz w:val="24"/>
          <w:lang w:val="ru-RU"/>
        </w:rPr>
        <w:t xml:space="preserve"> </w:t>
      </w:r>
      <w:r w:rsidRPr="009115EF">
        <w:rPr>
          <w:sz w:val="24"/>
          <w:lang w:val="ru-RU"/>
        </w:rPr>
        <w:t>план</w:t>
      </w:r>
      <w:r w:rsidRPr="009115EF">
        <w:rPr>
          <w:spacing w:val="1"/>
          <w:sz w:val="24"/>
          <w:lang w:val="ru-RU"/>
        </w:rPr>
        <w:t xml:space="preserve"> </w:t>
      </w:r>
      <w:proofErr w:type="spellStart"/>
      <w:proofErr w:type="gramStart"/>
      <w:r w:rsidRPr="009115EF">
        <w:rPr>
          <w:sz w:val="24"/>
          <w:lang w:val="ru-RU"/>
        </w:rPr>
        <w:t>МБОУ»Верхнекармальская</w:t>
      </w:r>
      <w:proofErr w:type="spellEnd"/>
      <w:proofErr w:type="gramEnd"/>
      <w:r w:rsidRPr="009115EF">
        <w:rPr>
          <w:sz w:val="24"/>
          <w:lang w:val="ru-RU"/>
        </w:rPr>
        <w:t xml:space="preserve"> ООШ».</w:t>
      </w:r>
    </w:p>
    <w:p w:rsidR="00FE45B5" w:rsidRPr="009115EF" w:rsidRDefault="00FE45B5" w:rsidP="00FE45B5">
      <w:pPr>
        <w:spacing w:before="179" w:line="292" w:lineRule="auto"/>
        <w:ind w:left="106" w:right="94" w:firstLine="180"/>
        <w:rPr>
          <w:sz w:val="24"/>
          <w:szCs w:val="24"/>
          <w:lang w:val="ru-RU"/>
        </w:rPr>
      </w:pPr>
      <w:r w:rsidRPr="009115EF">
        <w:rPr>
          <w:sz w:val="24"/>
          <w:lang w:val="ru-RU"/>
        </w:rPr>
        <w:t xml:space="preserve">                               </w:t>
      </w:r>
    </w:p>
    <w:p w:rsidR="00B224D6" w:rsidRDefault="00B224D6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FE45B5" w:rsidRDefault="00FE45B5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FE45B5" w:rsidRPr="007C64D2" w:rsidRDefault="00FE45B5">
      <w:pPr>
        <w:autoSpaceDE w:val="0"/>
        <w:autoSpaceDN w:val="0"/>
        <w:spacing w:after="0" w:line="230" w:lineRule="auto"/>
        <w:rPr>
          <w:lang w:val="ru-RU"/>
        </w:rPr>
      </w:pPr>
    </w:p>
    <w:p w:rsidR="00B224D6" w:rsidRPr="007C64D2" w:rsidRDefault="00BF1A17">
      <w:pPr>
        <w:autoSpaceDE w:val="0"/>
        <w:autoSpaceDN w:val="0"/>
        <w:spacing w:before="262" w:after="0" w:line="262" w:lineRule="auto"/>
        <w:ind w:right="576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«ЛИТЕРАТУРНОЕ ЧТЕНИЕ НА РОДНОМ (РУССКОМ) ЯЗЫКЕ»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firstLine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учебного предмета «Литературное чтение на родном (русском) </w:t>
      </w:r>
      <w:proofErr w:type="spellStart"/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языке»разработана</w:t>
      </w:r>
      <w:proofErr w:type="spellEnd"/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для организаций, реализующих программы начального общего образования. Программа направлена на оказание методической помощи образовательным организациям и учителю и позволит:</w:t>
      </w:r>
    </w:p>
    <w:p w:rsidR="00B224D6" w:rsidRPr="007C64D2" w:rsidRDefault="00BF1A17">
      <w:pPr>
        <w:autoSpaceDE w:val="0"/>
        <w:autoSpaceDN w:val="0"/>
        <w:spacing w:before="178" w:after="0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реализовать в процессе преподавания учебного предмета «Литературное чтение на родном (русском) языке» современные подходы к достижению личностных,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предметных результатов обучения, сформулированных в Федеральном государственном образовательном стандарте начального общего образования;</w:t>
      </w:r>
    </w:p>
    <w:p w:rsidR="00B224D6" w:rsidRPr="007C64D2" w:rsidRDefault="00BF1A17">
      <w:pPr>
        <w:autoSpaceDE w:val="0"/>
        <w:autoSpaceDN w:val="0"/>
        <w:spacing w:before="190" w:after="0" w:line="283" w:lineRule="auto"/>
        <w:ind w:left="42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 xml:space="preserve">—  определить и структурировать планируемые результаты обучения и содержание учебного предмета «Литературное чтение на родном (русском) языке» по годам обучения в соответствии с ФГОС НОО; Примерной основной образовательной программой начального общего образования (в редакции протокола от 8 апреля 2015 г. № 1/15 федерального учебно-методического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объединения по общему образованию); Примерной программой воспитания (одобрена решением федерального учебно-методического объединения  по  общему  образованию,  протокол  от 2 июня 2020 г. № 2/20);</w:t>
      </w:r>
    </w:p>
    <w:p w:rsidR="00B224D6" w:rsidRPr="007C64D2" w:rsidRDefault="00BF1A17">
      <w:pPr>
        <w:autoSpaceDE w:val="0"/>
        <w:autoSpaceDN w:val="0"/>
        <w:spacing w:before="192" w:after="0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разработать календарно-тематическое планирование с учётом особенностей конкретного класса, используя рекомендованное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 разделов/тем курса.</w:t>
      </w:r>
    </w:p>
    <w:p w:rsidR="00B224D6" w:rsidRPr="007C64D2" w:rsidRDefault="00BF1A17">
      <w:pPr>
        <w:autoSpaceDE w:val="0"/>
        <w:autoSpaceDN w:val="0"/>
        <w:spacing w:before="178" w:after="0" w:line="283" w:lineRule="auto"/>
        <w:ind w:firstLine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государственным образовательным стандартом начального общего образования к предметной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области«Родной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 и литературное чтение на родном языке». Программа ориентирована на сопровождение и поддержку курса литературного чтения, входящего в образовательную область «Русский язык и литературное чтение», при этом цели курса литературного чтения на родном (русском) языке в рамках предметной области «Родной язык и литературное чтение на родном языке» имеют свою специфику.</w:t>
      </w:r>
    </w:p>
    <w:p w:rsidR="00B224D6" w:rsidRDefault="00BF1A17">
      <w:pPr>
        <w:autoSpaceDE w:val="0"/>
        <w:autoSpaceDN w:val="0"/>
        <w:spacing w:before="70" w:after="0"/>
        <w:ind w:right="144" w:firstLine="180"/>
        <w:rPr>
          <w:rFonts w:ascii="Times New Roman" w:eastAsia="Times New Roman" w:hAnsi="Times New Roman"/>
          <w:color w:val="000000"/>
          <w:sz w:val="24"/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требованиями ФГОС НОО к результатам освоения основной образовательной программы по учебному предмету «Литературное чтение на родном языке» курс направлен на формирование понимания места и роли литературы на родном языке в едином культурном пространстве Российской Федерации, в сохранении и передаче от поколения к поколению историко-</w:t>
      </w:r>
    </w:p>
    <w:p w:rsidR="00B224D6" w:rsidRPr="007C64D2" w:rsidRDefault="00BF1A17">
      <w:pPr>
        <w:autoSpaceDE w:val="0"/>
        <w:autoSpaceDN w:val="0"/>
        <w:spacing w:after="0" w:line="288" w:lineRule="auto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культурных, нравственных, эстетических ценностей; понимания роли фольклора и художественной литературы родного народа в создании культурного, морально-этического и эстетического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пространства субъекта Российской Федерации; на формирование понимания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 В основу курса «Литературное чтение на родном (русском) языке» положена мысль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тем самым преемственную связь прошлого, настоящего и будущего русской национально-культурной традиции в сознании младших школьников.</w:t>
      </w:r>
    </w:p>
    <w:p w:rsidR="00B224D6" w:rsidRPr="007C64D2" w:rsidRDefault="00BF1A17">
      <w:pPr>
        <w:autoSpaceDE w:val="0"/>
        <w:autoSpaceDN w:val="0"/>
        <w:spacing w:before="262" w:after="0" w:line="262" w:lineRule="auto"/>
        <w:ind w:right="576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«ЛИТЕРАТУРНОЕ ЧТЕНИЕ НА РОДНОМ (РУССКОМ) ЯЗЫКЕ»</w:t>
      </w:r>
    </w:p>
    <w:p w:rsidR="00B224D6" w:rsidRPr="007C64D2" w:rsidRDefault="00BF1A17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Целями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изучения предмета «Литературное чтение на родном (русском) языке» являются: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 w:right="144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воспитание ценностного отношения к русской литературе и русскому языку как существенной части родной культуры;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включение обучающихся в культурно-языковое пространство своего народа и приобщение к его культурному наследию и современности, к традициям своего народа;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—  осознание исторической преемственности поколений, своей ответственности за сохранение русской культуры;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развитие читательских умений.</w:t>
      </w:r>
    </w:p>
    <w:p w:rsidR="00B224D6" w:rsidRPr="007C64D2" w:rsidRDefault="00BF1A17">
      <w:pPr>
        <w:autoSpaceDE w:val="0"/>
        <w:autoSpaceDN w:val="0"/>
        <w:spacing w:before="29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Достижение данных целей предполагает решение следующих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задач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B224D6" w:rsidRPr="007C64D2" w:rsidRDefault="00BF1A17">
      <w:pPr>
        <w:autoSpaceDE w:val="0"/>
        <w:autoSpaceDN w:val="0"/>
        <w:spacing w:before="178" w:after="0" w:line="271" w:lineRule="auto"/>
        <w:ind w:left="420" w:right="736"/>
        <w:jc w:val="both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B224D6" w:rsidRPr="007C64D2" w:rsidRDefault="00BF1A17">
      <w:pPr>
        <w:autoSpaceDE w:val="0"/>
        <w:autoSpaceDN w:val="0"/>
        <w:spacing w:before="192" w:after="0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воспитание ценностного отношения к историко-культурному опыту русского народа, введение обучающегося в культурно- языковое пространство своего народа; формирование у младшего школьника интереса к русской литературе как источнику историко-культурных, нравственных, эстетических ценностей;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представлений об основных нравственно-этических ценностях, значимых для национального русского сознания и отражённых в родной литературе;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обогащение знаний о художественно-эстетических возможностях русского языка на основе изучения произведений русской литературы;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потребности в постоянном чтении для развития личности, для речевого самосовершенствования;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совершенствование читательских умений понимать и оценивать содержание и специфику различных текстов, участвовать в их обсуждении;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115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развитие всех видов речевой деятельности, приобретение опыта создания устных и письменных высказываний о прочитанном.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86" w:right="718" w:bottom="372" w:left="666" w:header="720" w:footer="720" w:gutter="0"/>
          <w:cols w:space="720" w:equalWidth="0">
            <w:col w:w="10516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62" w:lineRule="auto"/>
        <w:ind w:right="432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ЛИТЕРАТУРНОЕ ЧТЕНИЕ НА РОДНОМ (РУССКОМ) ЯЗЫКЕ» В УЧЕБНОМ ПЛАНЕ</w:t>
      </w:r>
    </w:p>
    <w:p w:rsidR="00B224D6" w:rsidRPr="007C64D2" w:rsidRDefault="00BF1A17">
      <w:pPr>
        <w:autoSpaceDE w:val="0"/>
        <w:autoSpaceDN w:val="0"/>
        <w:spacing w:before="166" w:after="0" w:line="281" w:lineRule="auto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Программа по предмету «Литературное чтение на родном (русском) языке» составлена на основе требований к предметным результатам освоения основной образовательной программы,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представленных в Федеральном государственном образовательном стандарте начального общего образования, и рассчитана на общую учебную нагрузку в объёме 135 часов (33 часа в 1 классе и по 34 часа во 2—4 классах). На изучение инвариантной части программы отводится 118 учебных часов.</w:t>
      </w:r>
    </w:p>
    <w:p w:rsidR="00B224D6" w:rsidRPr="007C64D2" w:rsidRDefault="00BF1A17">
      <w:pPr>
        <w:autoSpaceDE w:val="0"/>
        <w:autoSpaceDN w:val="0"/>
        <w:spacing w:before="70" w:after="0" w:line="281" w:lineRule="auto"/>
        <w:ind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Резерв учебного времени, составляющий 17 учебных часов, отводится на вариативную часть программы, которая предусматривает изучение произведений, отобранных составителями рабочих программ для реализации регионального компонента содержания литературного образования, учитывающего в том числе национальные и этнокультурные особенности народов Российской Федерации.</w:t>
      </w:r>
    </w:p>
    <w:p w:rsidR="00B224D6" w:rsidRPr="007C64D2" w:rsidRDefault="00BF1A17">
      <w:pPr>
        <w:autoSpaceDE w:val="0"/>
        <w:autoSpaceDN w:val="0"/>
        <w:spacing w:before="262" w:after="0" w:line="262" w:lineRule="auto"/>
        <w:ind w:right="1008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ОСНОВНЫЕ СОДЕРЖАТЕЛЬНЫЕ ЛИНИИ РАБОЧЕЙ ПРОГРАММЫ УЧЕБНОГО ПРЕДМЕТА «ЛИТЕРАТУРНОЕ ЧТЕНИЕ НА РОДНОМ (РУССКОМ) ЯЗЫКЕ»</w:t>
      </w:r>
    </w:p>
    <w:p w:rsidR="00B224D6" w:rsidRPr="007C64D2" w:rsidRDefault="00BF1A17">
      <w:pPr>
        <w:autoSpaceDE w:val="0"/>
        <w:autoSpaceDN w:val="0"/>
        <w:spacing w:before="166" w:after="0" w:line="288" w:lineRule="auto"/>
        <w:ind w:firstLine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программе учебного предмета «Литературное чтение на родном (русском) языке» представлено содержание, изучение которого позволит раскрыть национально-культурную специфику русской литературы; взаимосвязь русского языка и русской литературы с историей России, с материальной и духовной культурой русского народа. Учебный предмет «Литературное чтение на родном (русском) языке» не ущемляет права тех школьников, которые изучают иной родной язык и иную родную литературу, поэтому учебное время, отведённое на изучение данного предмета, не может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рассматриваться  как  время для углублённого изучения основного курса литературного чтения, входящего в предметную область «Русский язык и литературное чтение». Курс предназначен для расширения литературного и культурного кругозора младших школьников; произведения фольклора и русской классики, современной русской литературы, входящие в круг актуального чтения младших школьников, позволяют обеспечить знакомство младших школьников с ключевыми для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национального сознания и русской культуры понятиями. Предложенные младшим школьникам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правда, любовь и др.).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В данной программе специфика курса «Литературное чтение на родном (русском)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языке»реализована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благодаря: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а) отбору произведений, в которых отражается русский национальный характер, обычаи, традиции русского народа, духовные основы русской культуры;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б) вниманию к тем произведениям русских писателей, в которых отражается мир русского детства: особенности воспитания ребёнка в семье, его взаимоотношений со сверстниками и взрослыми, особенности восприятия ребёнком окружающего мира;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в) расширенному историко-культурному комментарию к произведениям, созданным во времена, отстоящие от современности; такой комментарий позволяет современному младшему школьнику лучше понять особенности истории и культуры народа, а также содержание произведений русской литературы.</w:t>
      </w:r>
    </w:p>
    <w:p w:rsidR="00B224D6" w:rsidRPr="007C64D2" w:rsidRDefault="00BF1A17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Как часть предметной области «Родной язык и литературное чтение на родном языке», учебный предмет «Литературное чтение на родном (русском) языке» тесно связан с предметом «Родной язык (русский)».</w:t>
      </w:r>
    </w:p>
    <w:p w:rsidR="00B224D6" w:rsidRPr="007C64D2" w:rsidRDefault="00BF1A17">
      <w:pPr>
        <w:autoSpaceDE w:val="0"/>
        <w:autoSpaceDN w:val="0"/>
        <w:spacing w:before="70" w:after="0" w:line="262" w:lineRule="auto"/>
        <w:jc w:val="center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Изучение предмета «Литературное чтение на родном (русском) языке» способствует обогащению речи школьников, развитию их речевой культуры и коммуникативных умений. Оба курса объединяет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732" w:bottom="402" w:left="666" w:header="720" w:footer="720" w:gutter="0"/>
          <w:cols w:space="720" w:equalWidth="0">
            <w:col w:w="10502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66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81" w:lineRule="auto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культурно-исторический подход к представлению дидактического материала, на основе которого выстраиваются проблемно-тематические блоки программы. Каждый из проблемно-тематических блоков включает сопряжённые с ним ключевые понятия, отражающие духовную и материальную культуру русского народа в их исторической взаимосвязи. Ещё одной общей чертой обоих курсов является концентрирование их содержания вокруг интересов и запросов ребёнка младшего школьного возраста, что находит отражение в специфике выбранных произведений.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86" w:right="668" w:bottom="1440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B224D6" w:rsidRPr="007C64D2" w:rsidRDefault="00BF1A17">
      <w:pPr>
        <w:autoSpaceDE w:val="0"/>
        <w:autoSpaceDN w:val="0"/>
        <w:spacing w:before="346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1 КЛАСС</w:t>
      </w:r>
    </w:p>
    <w:p w:rsidR="00B224D6" w:rsidRPr="007C64D2" w:rsidRDefault="00BF1A17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1. МИР ДЕТСТВА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Я и книги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left="180" w:right="3888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 красна книга письмом, красна умом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первые шаги в чтении.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А.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Баруздин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«Самое простое дело».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В. Куклин.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«Как я научился читать» (фрагмент).</w:t>
      </w:r>
    </w:p>
    <w:p w:rsidR="00B224D6" w:rsidRPr="007C64D2" w:rsidRDefault="00BF1A17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Н. Носов.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«Тайна на дне колодца» (фрагмент главы «Волшебные сказки»).</w:t>
      </w:r>
    </w:p>
    <w:p w:rsidR="00B224D6" w:rsidRPr="007C64D2" w:rsidRDefault="00BF1A17">
      <w:pPr>
        <w:autoSpaceDE w:val="0"/>
        <w:autoSpaceDN w:val="0"/>
        <w:spacing w:before="264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Я взрослею</w:t>
      </w:r>
    </w:p>
    <w:p w:rsidR="00B224D6" w:rsidRPr="007C64D2" w:rsidRDefault="00BF1A17">
      <w:pPr>
        <w:autoSpaceDE w:val="0"/>
        <w:autoSpaceDN w:val="0"/>
        <w:spacing w:before="166" w:after="0" w:line="262" w:lineRule="auto"/>
        <w:ind w:left="180" w:right="7920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Без друга в жизни туго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Пословицы о дружбе.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71" w:lineRule="auto"/>
        <w:ind w:right="1008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представление о дружбе как нравственно-этической ценности, значимой для национального русского сознания.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К. Абрамцева.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«Цветы и зеркало».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А.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Мазнин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. «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Давайте будем дружить друг с другом» (фрагмент).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Л. Прокофьева.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«Самый большой друг».</w:t>
      </w:r>
    </w:p>
    <w:p w:rsidR="00B224D6" w:rsidRPr="007C64D2" w:rsidRDefault="00BF1A17">
      <w:pPr>
        <w:autoSpaceDE w:val="0"/>
        <w:autoSpaceDN w:val="0"/>
        <w:spacing w:before="70" w:after="0" w:line="262" w:lineRule="auto"/>
        <w:ind w:left="180" w:right="5328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 тот прав, кто сильный, а тот, кто честный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Пословицы о правде и честности.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Произведения, отражающие традиционные представления о честности как нравственном ориентире.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62" w:lineRule="auto"/>
        <w:ind w:right="76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А. Осеева.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r w:rsidR="00301206" w:rsidRPr="007C64D2">
        <w:rPr>
          <w:rFonts w:ascii="Times New Roman" w:eastAsia="Times New Roman" w:hAnsi="Times New Roman"/>
          <w:color w:val="000000"/>
          <w:sz w:val="24"/>
          <w:lang w:val="ru-RU"/>
        </w:rPr>
        <w:t>Почему?».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Н. Толстой.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«Лгун».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Я фантазирую и мечтаю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left="180" w:right="432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Необычное в обычном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умение удивляться при восприятии окружающего мира.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А. Иванов.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«Снежный заповедник» (фрагмент).</w:t>
      </w:r>
    </w:p>
    <w:p w:rsidR="00B224D6" w:rsidRPr="007C64D2" w:rsidRDefault="00BF1A17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В. Лунин.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«Я видела чудо».</w:t>
      </w:r>
    </w:p>
    <w:p w:rsidR="00B224D6" w:rsidRPr="007C64D2" w:rsidRDefault="00BF1A17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М. Пришвин.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«Осинкам холодно».</w:t>
      </w:r>
    </w:p>
    <w:p w:rsidR="00B224D6" w:rsidRPr="007C64D2" w:rsidRDefault="00BF1A17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С. Пушкин.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«Ещё дуют холодные ветры».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2. РОССИЯ - РОДИНА МОЯ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Что мы Родиной зовём</w:t>
      </w:r>
    </w:p>
    <w:p w:rsidR="00B224D6" w:rsidRPr="007C64D2" w:rsidRDefault="00BF1A17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>С чего начинается Родина?</w:t>
      </w:r>
    </w:p>
    <w:p w:rsidR="00B224D6" w:rsidRPr="007C64D2" w:rsidRDefault="00BF1A17">
      <w:pPr>
        <w:autoSpaceDE w:val="0"/>
        <w:autoSpaceDN w:val="0"/>
        <w:spacing w:before="70" w:after="0" w:line="262" w:lineRule="auto"/>
        <w:ind w:left="180" w:right="259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многогранность понятия «Родина».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Ф. П. Савинов.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«Родное» (фрагмент).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П. А. Синявский.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«Рисунок».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К. Д. Ушинский.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«Наше Отечество».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90" w:after="0"/>
        <w:ind w:right="576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 родной природе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Сколько же в небе всего происходит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Поэтические представления русского народа о солнце, луне, звёздах, облаках; отражение этих представлений в фольклоре и их развитие в русской поэзии и прозе. Например: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650" w:bottom="38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Русские народные загадки о солнце, луне, звёздах, облаках.</w:t>
      </w:r>
    </w:p>
    <w:p w:rsidR="00B224D6" w:rsidRPr="007C64D2" w:rsidRDefault="00BF1A17">
      <w:pPr>
        <w:autoSpaceDE w:val="0"/>
        <w:autoSpaceDN w:val="0"/>
        <w:spacing w:before="70" w:after="0" w:line="262" w:lineRule="auto"/>
        <w:ind w:left="180" w:right="1008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А. Бунин.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«Серп луны под тучкой длинной…»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В. Востоков.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«Два яблока».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М. Катанов.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«Жар-птица».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Н. Толстой.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«Петушки».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2 КЛАСС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1. МИР ДЕТСТВА 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и книги 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детское восприятие услышанных рассказов, сказок, стихов.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Е. Н. Егорова.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«Детство Александра Пушкина» (глава «Нянины сказки»).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Т. А.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Луговская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«Как знаю, как помню, как умею» (фрагмент).</w:t>
      </w:r>
    </w:p>
    <w:p w:rsidR="00B224D6" w:rsidRPr="007C64D2" w:rsidRDefault="00BF1A17">
      <w:pPr>
        <w:autoSpaceDE w:val="0"/>
        <w:autoSpaceDN w:val="0"/>
        <w:spacing w:before="264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Я взрослею</w:t>
      </w:r>
    </w:p>
    <w:p w:rsidR="00B224D6" w:rsidRPr="007C64D2" w:rsidRDefault="00BF1A17">
      <w:pPr>
        <w:autoSpaceDE w:val="0"/>
        <w:autoSpaceDN w:val="0"/>
        <w:spacing w:before="166" w:after="0" w:line="262" w:lineRule="auto"/>
        <w:ind w:left="180" w:right="5760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Как аукнется, так и откликнется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Пословицы об отношении к другим людям.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Произведения, отражающие традиционные представления об отношении к другим людям.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62" w:lineRule="auto"/>
        <w:ind w:right="79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В. Бианки.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«Сова».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И. Кузьмин.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«Дом с колокольчиком».</w:t>
      </w:r>
    </w:p>
    <w:p w:rsidR="00B224D6" w:rsidRPr="007C64D2" w:rsidRDefault="00BF1A17">
      <w:pPr>
        <w:autoSpaceDE w:val="0"/>
        <w:autoSpaceDN w:val="0"/>
        <w:spacing w:before="70" w:after="0" w:line="262" w:lineRule="auto"/>
        <w:ind w:left="180" w:right="6768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Воля и труд дивные всходы дают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Пословицы о труде.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71" w:lineRule="auto"/>
        <w:ind w:right="288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представление о трудолюбии как нравственно-этической ценности, значимой для национального русского сознания.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Е. А. Пермяк.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Маркел-самодел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и его дети».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Б. В. Шергин.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«Пословицы в рассказах».</w:t>
      </w:r>
    </w:p>
    <w:p w:rsidR="00B224D6" w:rsidRPr="007C64D2" w:rsidRDefault="00BF1A17">
      <w:pPr>
        <w:autoSpaceDE w:val="0"/>
        <w:autoSpaceDN w:val="0"/>
        <w:spacing w:before="70" w:after="0" w:line="262" w:lineRule="auto"/>
        <w:ind w:left="180" w:right="6192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Кто идёт вперёд, того страх не берёт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Пословицы о смелости.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Произведения, отражающие традиционные представления о смелости как нравственном ориентире.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62" w:lineRule="auto"/>
        <w:ind w:right="73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П. Алексеев.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«Медаль».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В.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Голявкин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«Этот мальчик».</w:t>
      </w:r>
    </w:p>
    <w:p w:rsidR="00B224D6" w:rsidRPr="007C64D2" w:rsidRDefault="00BF1A17">
      <w:pPr>
        <w:autoSpaceDE w:val="0"/>
        <w:autoSpaceDN w:val="0"/>
        <w:spacing w:before="264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и моя семья </w:t>
      </w:r>
    </w:p>
    <w:p w:rsidR="00B224D6" w:rsidRPr="007C64D2" w:rsidRDefault="00BF1A17">
      <w:pPr>
        <w:autoSpaceDE w:val="0"/>
        <w:autoSpaceDN w:val="0"/>
        <w:spacing w:before="168" w:after="0" w:line="271" w:lineRule="auto"/>
        <w:ind w:left="180" w:right="432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Семья крепка ладом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 традиционные  представления о семейных ценностях.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Г. Георгиев.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«Стрекот кузнечика».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В.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Голявкин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«Мой добрый папа» (фрагмент).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В. Дружинина.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«Очень полезный подарок».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Н. Толстой.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«Отец и сыновья».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фантазирую и мечтаю 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left="180" w:right="1584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Мечты, зовущие ввысь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представления об идеалах в детских мечтах.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К. Абрамцева.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«Заветное желание».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proofErr w:type="spellStart"/>
      <w:proofErr w:type="gram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Е.В.Григорьева.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Мечта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proofErr w:type="spellStart"/>
      <w:proofErr w:type="gram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Л.Н.Толстой.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Воспоминания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» (глава «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Фанфаронова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гора»).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Резерв на вариативную часть программы -3 ч.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778" w:bottom="332" w:left="666" w:header="720" w:footer="720" w:gutter="0"/>
          <w:cols w:space="720" w:equalWidth="0">
            <w:col w:w="10456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102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2. РОССИЯ - РОДИНА МОЯ 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Родная страна во все времена сынами сильна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left="180" w:right="576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Люди земли Русской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Художественные биографии выдающихся представителей русского народа.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А.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Бахревский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«Виктор Васнецов» (глава «Рябово»).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А. Булатов, В. И.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Порудоминский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«Собирал человек слова… Повесть о В. И. </w:t>
      </w:r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Дале»(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Л. Яковлев.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«Сергий Радонежский приходит на помощь» (фрагмент).</w:t>
      </w:r>
    </w:p>
    <w:p w:rsidR="00B224D6" w:rsidRPr="007C64D2" w:rsidRDefault="00BF1A17">
      <w:pPr>
        <w:autoSpaceDE w:val="0"/>
        <w:autoSpaceDN w:val="0"/>
        <w:spacing w:before="264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Народные праздники, связанные с временами года </w:t>
      </w:r>
    </w:p>
    <w:p w:rsidR="00B224D6" w:rsidRPr="007C64D2" w:rsidRDefault="00BF1A17">
      <w:pPr>
        <w:autoSpaceDE w:val="0"/>
        <w:autoSpaceDN w:val="0"/>
        <w:spacing w:before="168" w:after="0" w:line="262" w:lineRule="auto"/>
        <w:ind w:left="180" w:right="5328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Хорош праздник после трудов праведных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Песни-веснянки.</w:t>
      </w:r>
    </w:p>
    <w:p w:rsidR="00B224D6" w:rsidRPr="007C64D2" w:rsidRDefault="00BF1A17">
      <w:pPr>
        <w:autoSpaceDE w:val="0"/>
        <w:autoSpaceDN w:val="0"/>
        <w:spacing w:before="70" w:after="0" w:line="262" w:lineRule="auto"/>
        <w:ind w:left="18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 о праздниках и традициях, связанных с народным календарём.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Л.Ф. Воронкова.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«Девочка из города» (глава «Праздник весны»).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А. Жуковский.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«Жаворонок».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С. Пушкин.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«Птичка».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proofErr w:type="gram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И.С.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Шмелёв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.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Лето Господне» (фрагмент главы «Масленица»).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 родной природе 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66" w:after="0"/>
        <w:ind w:right="144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К зелёным далям с детства взор приучен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Поэтические представления русского народа о поле, луге, травах и цветах; отражение этих представлений в фольклоре и их развитие в русской поэзии и прозе.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Русские народные загадки о поле, цветах.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Ю. И. Коваль.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«Фарфоровые колокольчики».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С. Никитин.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«В чистом поле тень шагает».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С.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Пляцковский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«Колокольчик».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А. Солоухин.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«Трава» (фрагмент).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Ф. И. Тютчев. «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Тихой ночью, поздним летом…»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3 КЛАСС</w:t>
      </w:r>
    </w:p>
    <w:p w:rsidR="00B224D6" w:rsidRPr="007C64D2" w:rsidRDefault="00BF1A17">
      <w:pPr>
        <w:autoSpaceDE w:val="0"/>
        <w:autoSpaceDN w:val="0"/>
        <w:spacing w:before="264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1. МИР ДЕТСТВА</w:t>
      </w:r>
    </w:p>
    <w:p w:rsidR="00B224D6" w:rsidRPr="007C64D2" w:rsidRDefault="00BF1A17">
      <w:pPr>
        <w:autoSpaceDE w:val="0"/>
        <w:autoSpaceDN w:val="0"/>
        <w:spacing w:before="264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Я и книги</w:t>
      </w:r>
    </w:p>
    <w:p w:rsidR="00B224D6" w:rsidRPr="007C64D2" w:rsidRDefault="00BF1A17">
      <w:pPr>
        <w:autoSpaceDE w:val="0"/>
        <w:autoSpaceDN w:val="0"/>
        <w:spacing w:before="166" w:after="0" w:line="262" w:lineRule="auto"/>
        <w:ind w:left="180" w:right="3600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Пишут не пером, а умом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Произведения, отражающие первый опыт «писательства».</w:t>
      </w:r>
    </w:p>
    <w:p w:rsidR="00B224D6" w:rsidRPr="007C64D2" w:rsidRDefault="00BF1A17">
      <w:pPr>
        <w:autoSpaceDE w:val="0"/>
        <w:autoSpaceDN w:val="0"/>
        <w:spacing w:before="70" w:after="0" w:line="271" w:lineRule="auto"/>
        <w:ind w:left="180" w:right="230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Например: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И. Воробьев.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«Я ничего не придумал» (глава «Мой дневник»).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П. Крапивин.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«Сказки Севки Глущенко» (глава «День рождения»).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взрослею </w:t>
      </w:r>
    </w:p>
    <w:p w:rsidR="00B224D6" w:rsidRPr="007C64D2" w:rsidRDefault="00BF1A17">
      <w:pPr>
        <w:autoSpaceDE w:val="0"/>
        <w:autoSpaceDN w:val="0"/>
        <w:spacing w:before="166" w:after="0" w:line="262" w:lineRule="auto"/>
        <w:ind w:left="180" w:right="6768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Жизнь дана на добрые дела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Пословицы о доброте.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представление о доброте как нравственно-этической ценности, значимой для национального русского сознания.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Ю. А. Буковский.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«О Доброте — злой и доброй».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Л. Яхнин.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«Последняя рубашка».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322" w:right="1440" w:bottom="332" w:left="666" w:header="720" w:footer="720" w:gutter="0"/>
          <w:cols w:space="720" w:equalWidth="0">
            <w:col w:w="9794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62" w:lineRule="auto"/>
        <w:ind w:left="180" w:right="8064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Живи по совести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Пословицы о совести.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71" w:lineRule="auto"/>
        <w:ind w:right="864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представление о совести как нравственно-этической ценности, значимой для национального русского сознания.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П. В.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Засодимский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«Гришина милостыня».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Г. Волкова.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Дреби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-Дон».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и моя семья 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66" w:after="0" w:line="278" w:lineRule="auto"/>
        <w:ind w:right="576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 дружной семье и в холод тепло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традиционные представления о семейных ценностях (лад, любовь, взаимопонимание, забота, терпение, уважение к старшим).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О. Ф.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Кургузов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«Душа нараспашку».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Л. Решетов.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«Зёрнышки спелых яблок» (фрагмент).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М. Шукшин.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«Как зайка летал на воздушных шариках» (фрагмент).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Я фантазирую и мечтаю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66" w:after="0" w:line="281" w:lineRule="auto"/>
        <w:ind w:right="576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Детские фантазии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значение мечты и фантазии для взросления, взаимодействие мира реального и мира фантастического.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П.  Крапивин. 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«Брат, которому семь» (фрагмент главы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«Зелёная грива»).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К. Чуковская.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«Мой отец — Корней Чуковский» (фрагмент).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2. РОССИЯ — РОДИНА МОЯ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Родная страна во все времена сынами сильна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left="180" w:right="2592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Люди земли Русской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 о выдающихся представителях русского на- рода.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О. М. Гурьян.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«Мальчик из Холмогор» (фрагмент).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А. 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Бахревский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«Семён Дежнёв» (фрагмент).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М. Коняев.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«Правнуки богатырей» (фрагмент).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Н. Майков.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«Ломоносов» (фрагмент).</w:t>
      </w:r>
    </w:p>
    <w:p w:rsidR="00B224D6" w:rsidRPr="007C64D2" w:rsidRDefault="00BF1A17">
      <w:pPr>
        <w:autoSpaceDE w:val="0"/>
        <w:autoSpaceDN w:val="0"/>
        <w:spacing w:before="264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От праздника к празднику </w:t>
      </w:r>
    </w:p>
    <w:p w:rsidR="00B224D6" w:rsidRPr="007C64D2" w:rsidRDefault="00BF1A17">
      <w:pPr>
        <w:autoSpaceDE w:val="0"/>
        <w:autoSpaceDN w:val="0"/>
        <w:spacing w:before="168" w:after="0" w:line="271" w:lineRule="auto"/>
        <w:ind w:left="180" w:right="720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Всякая душа празднику рада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 о праздниках, значимых для русской куль- туры: Рождестве, Пасхе.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Е. В. Григорьева.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«Радость».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proofErr w:type="spellStart"/>
      <w:proofErr w:type="gram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А.И.Куприн.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Пасхальные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колокола» (фрагмент).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Чёрный.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«Пасхальный визит» (фрагмент).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 родной природе 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66" w:after="0" w:line="281" w:lineRule="auto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>Неразгаданная тайна — в чащах леса…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Поэтические представления русского народа о лесе, реке, тумане; отражение этих представлений в фольклоре и их развитие в русской поэзии и прозе.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Русские народные загадки о лесе, реке, тумане.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П. Астафьев. 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Зорькина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песня» (фрагмент).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Д. Берестов.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«У реки».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С. Никитин.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«Лес».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К. Г. Паустовский.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«Клад».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674" w:bottom="452" w:left="666" w:header="720" w:footer="720" w:gutter="0"/>
          <w:cols w:space="720" w:equalWidth="0">
            <w:col w:w="10560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62" w:lineRule="auto"/>
        <w:ind w:left="180" w:right="4608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М. Пришвин.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«Как распускаются разные деревья».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П.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Токмакова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«Туман».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4 КЛАСС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1. МИР ДЕТСТВА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и книги </w:t>
      </w:r>
    </w:p>
    <w:p w:rsidR="00B224D6" w:rsidRPr="007C64D2" w:rsidRDefault="00BF1A17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Произведения, отражающие ценность чтения в жизни человека, роль книги в становлении личности.</w:t>
      </w:r>
    </w:p>
    <w:p w:rsidR="00B224D6" w:rsidRPr="007C64D2" w:rsidRDefault="00BF1A17">
      <w:pPr>
        <w:autoSpaceDE w:val="0"/>
        <w:autoSpaceDN w:val="0"/>
        <w:spacing w:before="70" w:after="0" w:line="271" w:lineRule="auto"/>
        <w:ind w:left="180" w:hanging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Например: </w:t>
      </w:r>
      <w:r w:rsidRPr="007C64D2">
        <w:rPr>
          <w:lang w:val="ru-RU"/>
        </w:rPr>
        <w:br/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С.Т.Аксаков.«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Детские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годы Багрова-внука» (фрагмент главы «Последовательные воспоминания»).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Д. Н.  Мамин-Сибиряк. 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Из  далёкого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 прошлого»  (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глава«Книжка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с картинками»).</w:t>
      </w:r>
    </w:p>
    <w:p w:rsidR="00B224D6" w:rsidRPr="007C64D2" w:rsidRDefault="00BF1A17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Т. Григорьев.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«Детство Суворова» (фрагмент).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взрослею </w:t>
      </w:r>
    </w:p>
    <w:p w:rsidR="00B224D6" w:rsidRPr="007C64D2" w:rsidRDefault="00BF1A17">
      <w:pPr>
        <w:autoSpaceDE w:val="0"/>
        <w:autoSpaceDN w:val="0"/>
        <w:spacing w:before="166" w:after="0" w:line="262" w:lineRule="auto"/>
        <w:ind w:left="180" w:right="7200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Скромность красит человека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Пословицы о скромности.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Произведения, отражающие традиционные представления о скромности как черте характера.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62" w:lineRule="auto"/>
        <w:ind w:right="720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Е. В. Клюев.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«Шагом марш».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proofErr w:type="gram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И.П.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Токмакова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.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Разговор татарника и спорыша».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Любовь всё побеждает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 отражающие  традиционные  представления о милосердии, сострадании,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сопереживании, чуткости, любви как нравственно-этических ценностях, значимых для национального русского сознания.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Б. П. Екимов.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«Ночь исцеления».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И.С.Тургенев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«Голуби».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и моя семья 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66" w:after="0"/>
        <w:ind w:right="288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Такое разное детство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раскрывающие картины мира русского детства в разные исторические эпохи: взросление, особенности отношений с окружающим миром, взрослыми и сверстниками. Например: </w:t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Е. Н.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Верейская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«Три девочки» (фрагмент).</w:t>
      </w:r>
    </w:p>
    <w:p w:rsidR="00B224D6" w:rsidRPr="007C64D2" w:rsidRDefault="00BF1A17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В. Водопьянов.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«Полярный лётчик» (главы «Маленький мир», «Мой первый „полёт”»).</w:t>
      </w:r>
    </w:p>
    <w:p w:rsidR="00B224D6" w:rsidRPr="007C64D2" w:rsidRDefault="00BF1A17">
      <w:pPr>
        <w:autoSpaceDE w:val="0"/>
        <w:autoSpaceDN w:val="0"/>
        <w:spacing w:before="72" w:after="0" w:line="262" w:lineRule="auto"/>
        <w:ind w:left="180" w:right="864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О. В.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Колпакова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«Большое сочинение про бабушку» (</w:t>
      </w:r>
      <w:proofErr w:type="spellStart"/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главы«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печку», «Про чистоту»).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К. В. Лукашевич.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«Моё милое детство» (фрагмент).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фантазирую и мечтаю 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left="180" w:right="2304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Придуманные миры и страны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Отражение в произведениях фантастики проблем реального мира.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Т. В. Михеева.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«Асино лето» (фрагмент).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П. Крапивин.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«Голубятня на жёлтой поляне» (фрагменты).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2. РОССИЯ — РОДИНА МОЯ 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Родная страна во все времена сынами сильна </w:t>
      </w:r>
    </w:p>
    <w:p w:rsidR="00B224D6" w:rsidRPr="007C64D2" w:rsidRDefault="00BF1A17">
      <w:pPr>
        <w:autoSpaceDE w:val="0"/>
        <w:autoSpaceDN w:val="0"/>
        <w:spacing w:before="166" w:after="0" w:line="262" w:lineRule="auto"/>
        <w:ind w:left="180" w:right="2592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Люди земли Русской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Произведения о выдающихся представителях русского народа. Например: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686" w:bottom="428" w:left="666" w:header="720" w:footer="720" w:gutter="0"/>
          <w:cols w:space="720" w:equalWidth="0">
            <w:col w:w="10548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Е. В. Мурашова.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«Афанасий Никитин» (глава «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Каффа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»).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Ю. М. Нагибин.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«Маленькие рассказы о большой судьбе» (глава «В школу»).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Что мы Родиной зовём </w:t>
      </w:r>
    </w:p>
    <w:p w:rsidR="00B224D6" w:rsidRPr="007C64D2" w:rsidRDefault="00BF1A17">
      <w:pPr>
        <w:autoSpaceDE w:val="0"/>
        <w:autoSpaceDN w:val="0"/>
        <w:spacing w:before="166" w:after="0" w:line="271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Широка страна моя родная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любовь к Родине; красоту различных уголков родной земли. Например: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С. Зеленин.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«Мамкин Василёк» (фрагмент).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Д. Дорофеев.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«Веретено».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Г. Распутин.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«Саяны».</w:t>
      </w:r>
    </w:p>
    <w:p w:rsidR="00B224D6" w:rsidRPr="007C64D2" w:rsidRDefault="00BF1A17">
      <w:pPr>
        <w:autoSpaceDE w:val="0"/>
        <w:autoSpaceDN w:val="0"/>
        <w:spacing w:before="264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Сказ о валдайских колокольчиках.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68" w:after="0" w:line="281" w:lineRule="auto"/>
        <w:ind w:right="144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 родной природе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Под дыханьем непогоды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Поэтические представления русского народа о ветре, морозе, грозе; отражение этих представлений в фольклоре и их развитие в русской поэзии и прозе. Например: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Русские народные загадки о ветре, морозе, грозе.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Н. </w:t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Апухтин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«Зимой».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Д. Берестов.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«Мороз».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Н. Майков.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«Гроза».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М. Рубцов.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«Во время грозы».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708" w:bottom="1440" w:left="666" w:header="720" w:footer="720" w:gutter="0"/>
          <w:cols w:space="720" w:equalWidth="0">
            <w:col w:w="10526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B224D6" w:rsidRPr="007C64D2" w:rsidRDefault="00BF1A17">
      <w:pPr>
        <w:autoSpaceDE w:val="0"/>
        <w:autoSpaceDN w:val="0"/>
        <w:spacing w:before="346" w:after="0" w:line="281" w:lineRule="auto"/>
        <w:ind w:right="720" w:firstLine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Результаты изучения предмета «Литературное чтения на родном (русском) языке» в составе предметной области «Родной язык и литературное чтение на родном языке» соответствуют требованиям к результатам освоения основной образовательной программы начального общего образования, сформулированным в Федеральном государственном образовательном стандарте начального общего образования.</w:t>
      </w:r>
    </w:p>
    <w:p w:rsidR="00B224D6" w:rsidRPr="007C64D2" w:rsidRDefault="00BF1A17">
      <w:pPr>
        <w:autoSpaceDE w:val="0"/>
        <w:autoSpaceDN w:val="0"/>
        <w:spacing w:before="26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66" w:after="0" w:line="278" w:lineRule="auto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«Литературное чтения на родном (русском) языке» у обучающегося будут сформированы следующие личностные результаты, представленные по основным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направлениям воспитательной деятельности: </w:t>
      </w:r>
      <w:r w:rsidRPr="007C64D2">
        <w:rPr>
          <w:lang w:val="ru-RU"/>
        </w:rPr>
        <w:br/>
      </w: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гражданско-патриотического воспитания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становление ценностного отношения к своей Родине — России, в том числе через изучение художественных произведений, отражающих историю и культуру страны;</w:t>
      </w:r>
    </w:p>
    <w:p w:rsidR="00B224D6" w:rsidRPr="007C64D2" w:rsidRDefault="00BF1A17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уважение к своему и другим народам, формируемое в том числе на основе примеров из художественных произведений и фольклора;</w:t>
      </w:r>
    </w:p>
    <w:p w:rsidR="00B224D6" w:rsidRPr="007C64D2" w:rsidRDefault="00BF1A17">
      <w:pPr>
        <w:autoSpaceDE w:val="0"/>
        <w:autoSpaceDN w:val="0"/>
        <w:spacing w:before="190" w:after="0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фольклорных и художественных произведениях;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духовно-нравственного воспитания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признание индивидуальности каждого человека с опорой на собственный жизненный и читательский опыт;</w:t>
      </w:r>
    </w:p>
    <w:p w:rsidR="00B224D6" w:rsidRPr="007C64D2" w:rsidRDefault="00BF1A17">
      <w:pPr>
        <w:autoSpaceDE w:val="0"/>
        <w:autoSpaceDN w:val="0"/>
        <w:spacing w:before="192" w:after="0" w:line="271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проявление сопереживания, уважения и доброжелательности, в том числе с использованием адекватных языковых средств, для выражения своего состояния и чувств; проявление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эмоционально-нравственной отзывчивости, понимания и сопереживания чувствам других людей;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288" w:right="144"/>
        <w:jc w:val="center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неприятие любых форм поведения, направленных на причинение физического и морального </w:t>
      </w:r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вреда  другим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 людям (в том числе связанного с использованием недопустимых средств языка);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сотрудничество со сверстниками, умение не создавать конфликтов и находить выходы из спорных ситуаций, в том числе с опорой на примеры художественных произведений;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эстетического воспитания: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стремление к самовыражению в разных видах художественной деятельности, в том числе в искусстве слова;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650" w:bottom="3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90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62" w:lineRule="auto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</w:t>
      </w:r>
    </w:p>
    <w:p w:rsidR="00B224D6" w:rsidRPr="007C64D2" w:rsidRDefault="00BF1A17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трудового воспитания:</w:t>
      </w:r>
    </w:p>
    <w:p w:rsidR="00B224D6" w:rsidRPr="007C64D2" w:rsidRDefault="00BF1A17">
      <w:pPr>
        <w:autoSpaceDE w:val="0"/>
        <w:autoSpaceDN w:val="0"/>
        <w:spacing w:before="178" w:after="0" w:line="281" w:lineRule="auto"/>
        <w:ind w:left="42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 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произведений;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экологического воспитания: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бережное отношение к природе, формируемое в процессе работы с текстами;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неприятие действий, приносящих ей вред;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ценности научного познания: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первоначальные представления о научной картине мира, формируемые в том числе в процессе усвоения ряда литературоведческих понятий;</w:t>
      </w:r>
    </w:p>
    <w:p w:rsidR="00B224D6" w:rsidRPr="007C64D2" w:rsidRDefault="00BF1A17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познавательные интересы, активность,  инициативность, любознательность и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самостоятельность в  познании,  в том числе познавательный интерес к чтению художественных произведений, активность и самостоятельность при выборе круга чтения.</w:t>
      </w:r>
    </w:p>
    <w:p w:rsidR="00B224D6" w:rsidRPr="007C64D2" w:rsidRDefault="00BF1A17">
      <w:pPr>
        <w:autoSpaceDE w:val="0"/>
        <w:autoSpaceDN w:val="0"/>
        <w:spacing w:before="32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66" w:after="0" w:line="262" w:lineRule="auto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«Литературное чтения на родном (русском) языке» у обучающегося будут сформированы следующие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познавательные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Базовые логические действия: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сравнивать различные тексты, устанавливать основания для сравнения текстов, устанавливать аналогии текстов;</w:t>
      </w:r>
    </w:p>
    <w:p w:rsidR="00B224D6" w:rsidRPr="007C64D2" w:rsidRDefault="00BF1A17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объединять объекты (тексты) по определённому признаку;</w:t>
      </w:r>
    </w:p>
    <w:p w:rsidR="00B224D6" w:rsidRPr="007C64D2" w:rsidRDefault="00BF1A17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определять существенный признак для классификации пословиц, поговорок, фразеологизмов;</w:t>
      </w:r>
    </w:p>
    <w:p w:rsidR="00B224D6" w:rsidRPr="007C64D2" w:rsidRDefault="00BF1A17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находить в текстах закономерности и противоречия на основе предложенного учителем алгоритма наблюдения; анализировать алгоритм действий при анализе текста, самостоятельно выделять учебные операции при анализе текстов;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причинно-следственные связи при анализе текста, делать выводы.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Базовые исследовательские действия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 помощью учителя формулировать цель, планировать изменения собственного высказывания в соответствии с речевой ситуацией;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сравнивать несколько вариантов выполнения задания, выбирать наиболее подходящий (на основе предложенных критериев);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310" w:right="664" w:bottom="392" w:left="666" w:header="720" w:footer="720" w:gutter="0"/>
          <w:cols w:space="720" w:equalWidth="0">
            <w:col w:w="10570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10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62" w:lineRule="auto"/>
        <w:ind w:left="420" w:right="115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проводить по предложенному плану несложное мини-исследование, выполнять по предложенному плану проектное задание;</w:t>
      </w:r>
    </w:p>
    <w:p w:rsidR="00B224D6" w:rsidRPr="007C64D2" w:rsidRDefault="00BF1A17">
      <w:pPr>
        <w:autoSpaceDE w:val="0"/>
        <w:autoSpaceDN w:val="0"/>
        <w:spacing w:before="190" w:after="0" w:line="271" w:lineRule="auto"/>
        <w:ind w:left="420" w:right="86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 выводы и подкреплять их доказательствами на основе результатов проведённого смыслового анализа текста; формулировать с помощью учителя вопросы в процессе анализа предложенного текстового материала;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прогнозировать возможное развитие процессов, событий и их последствия в аналогичных или сходных ситуациях.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Работа с информацией:</w:t>
      </w:r>
    </w:p>
    <w:p w:rsidR="00B224D6" w:rsidRPr="007C64D2" w:rsidRDefault="00BF1A17">
      <w:pPr>
        <w:autoSpaceDE w:val="0"/>
        <w:autoSpaceDN w:val="0"/>
        <w:spacing w:before="180" w:after="0" w:line="262" w:lineRule="auto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выбирать источник получения информации: нужный словарь, справочник для получения запрашиваемой информации, для уточнения;</w:t>
      </w:r>
    </w:p>
    <w:p w:rsidR="00B224D6" w:rsidRPr="007C64D2" w:rsidRDefault="00BF1A17">
      <w:pPr>
        <w:autoSpaceDE w:val="0"/>
        <w:autoSpaceDN w:val="0"/>
        <w:spacing w:before="192" w:after="0" w:line="262" w:lineRule="auto"/>
        <w:ind w:left="420" w:right="7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с помощью взрослых (педагогических </w:t>
      </w:r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работ-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ников</w:t>
      </w:r>
      <w:proofErr w:type="spellEnd"/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, родителей, законных представителей) правила информационной безопасности при поиске информации в Интернете;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86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 и создавать текстовую, графическую, видео, звуковую информацию в соответствии с учебной задачей;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понимать информацию, зафиксированную в виде таблиц, схем; самостоятельно создавать схемы, таблицы для представления результатов работы с текстами.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78" w:after="0" w:line="262" w:lineRule="auto"/>
        <w:ind w:right="1008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начальной школе у обучающегося формируются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коммуникативные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B224D6" w:rsidRPr="007C64D2" w:rsidRDefault="00BF1A17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Общение: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 w:right="576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воспринимать и формулировать суждения, выражать эмоции в соответствии с целями и условиями общения в знакомой среде;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проявлять уважительное отношение к собеседнику, соблюдать правила ведения диалоги и дискуссии;</w:t>
      </w:r>
    </w:p>
    <w:p w:rsidR="00B224D6" w:rsidRPr="007C64D2" w:rsidRDefault="00BF1A17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признавать возможность существования разных точек зрения;</w:t>
      </w:r>
    </w:p>
    <w:p w:rsidR="00B224D6" w:rsidRPr="007C64D2" w:rsidRDefault="00BF1A17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корректно и аргументированно высказывать своё мнение;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строить речевое высказывание в соответствии с поставленной задачей;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115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создавать устные и письменные тексты (описание, рассуждение, повествование) в соответствии с речевой ситуацией;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готовить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подбирать иллюстративный материал (рисунки, фото, плакаты) к тексту выступления.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Совместная деятельность:</w:t>
      </w:r>
    </w:p>
    <w:p w:rsidR="00B224D6" w:rsidRPr="007C64D2" w:rsidRDefault="00BF1A17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328" w:right="744" w:bottom="408" w:left="666" w:header="720" w:footer="720" w:gutter="0"/>
          <w:cols w:space="720" w:equalWidth="0">
            <w:col w:w="10490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10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62" w:lineRule="auto"/>
        <w:ind w:left="42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224D6" w:rsidRPr="007C64D2" w:rsidRDefault="00BF1A17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проявлять готовность руководить, выполнять поручения, подчиняться, самостоятельно разрешать конфликты;</w:t>
      </w:r>
    </w:p>
    <w:p w:rsidR="00B224D6" w:rsidRPr="007C64D2" w:rsidRDefault="00BF1A17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ответственно выполнять свою часть </w:t>
      </w:r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работы;.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оценивать свой вклад в общий результат;</w:t>
      </w:r>
    </w:p>
    <w:p w:rsidR="00B224D6" w:rsidRPr="007C64D2" w:rsidRDefault="00BF1A17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выполнять совместные проектные задания с опорой на предложенные образцы.</w:t>
      </w:r>
    </w:p>
    <w:p w:rsidR="00B224D6" w:rsidRPr="007C64D2" w:rsidRDefault="00BF1A17">
      <w:pPr>
        <w:tabs>
          <w:tab w:val="left" w:pos="180"/>
        </w:tabs>
        <w:autoSpaceDE w:val="0"/>
        <w:autoSpaceDN w:val="0"/>
        <w:spacing w:before="178" w:after="0" w:line="262" w:lineRule="auto"/>
        <w:rPr>
          <w:lang w:val="ru-RU"/>
        </w:rPr>
      </w:pPr>
      <w:r w:rsidRPr="007C64D2">
        <w:rPr>
          <w:lang w:val="ru-RU"/>
        </w:rPr>
        <w:tab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начальной школе у обучающегося формируются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регулятивные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B224D6" w:rsidRPr="007C64D2" w:rsidRDefault="00BF1A17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Самоорганизация:</w:t>
      </w:r>
    </w:p>
    <w:p w:rsidR="00B224D6" w:rsidRPr="007C64D2" w:rsidRDefault="00BF1A17">
      <w:pPr>
        <w:autoSpaceDE w:val="0"/>
        <w:autoSpaceDN w:val="0"/>
        <w:spacing w:before="180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планировать действия по решению учебной задачи для получения результата;</w:t>
      </w:r>
    </w:p>
    <w:p w:rsidR="00B224D6" w:rsidRPr="007C64D2" w:rsidRDefault="00BF1A17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выстраивать последовательность выбранных действий.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Самоконтроль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причины успеха/неудач учебной деятельности;</w:t>
      </w:r>
    </w:p>
    <w:p w:rsidR="00B224D6" w:rsidRPr="007C64D2" w:rsidRDefault="00BF1A17">
      <w:pPr>
        <w:autoSpaceDE w:val="0"/>
        <w:autoSpaceDN w:val="0"/>
        <w:spacing w:before="238" w:after="0" w:line="262" w:lineRule="auto"/>
        <w:ind w:left="420" w:right="100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корректировать свои учебные действия для преодоления речевых ошибок и ошибок, связанных с анализом текстов;</w:t>
      </w:r>
    </w:p>
    <w:p w:rsidR="00B224D6" w:rsidRPr="007C64D2" w:rsidRDefault="00BF1A17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соотносить результат деятельности с поставленной учебной задачей по анализу текстов;</w:t>
      </w:r>
    </w:p>
    <w:p w:rsidR="00B224D6" w:rsidRPr="007C64D2" w:rsidRDefault="00BF1A17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находить ошибку, допущенную при работе с текстами;</w:t>
      </w:r>
    </w:p>
    <w:p w:rsidR="00B224D6" w:rsidRPr="007C64D2" w:rsidRDefault="00BF1A17">
      <w:pPr>
        <w:autoSpaceDE w:val="0"/>
        <w:autoSpaceDN w:val="0"/>
        <w:spacing w:before="238" w:after="0" w:line="262" w:lineRule="auto"/>
        <w:ind w:left="420" w:right="576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B224D6" w:rsidRPr="007C64D2" w:rsidRDefault="00BF1A17">
      <w:pPr>
        <w:autoSpaceDE w:val="0"/>
        <w:autoSpaceDN w:val="0"/>
        <w:spacing w:before="322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B224D6" w:rsidRPr="007C64D2" w:rsidRDefault="00BF1A17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 классе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обучающийся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научится: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420" w:right="100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осознавать значимость чтения родной русской литературы для познания себя, мира, национальной истории и культуры;</w:t>
      </w:r>
    </w:p>
    <w:p w:rsidR="00B224D6" w:rsidRPr="007C64D2" w:rsidRDefault="00BF1A17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владеть элементарными приёмами интерпретации произведений русской литературы;</w:t>
      </w:r>
    </w:p>
    <w:p w:rsidR="00B224D6" w:rsidRPr="007C64D2" w:rsidRDefault="00BF1A17">
      <w:pPr>
        <w:autoSpaceDE w:val="0"/>
        <w:autoSpaceDN w:val="0"/>
        <w:spacing w:before="192" w:after="0" w:line="262" w:lineRule="auto"/>
        <w:ind w:left="420" w:right="7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применять опыт чтения произведений русской  литературы для речевого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самосовершенствования: участвовать в обсуждении прослушанного/прочитанного текста;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словарь учебника для получения дополнительной информации о значении слова;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читать наизусть стихотворные произведения по собственному выбору.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во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 классе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обучающийся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научится:</w:t>
      </w:r>
    </w:p>
    <w:p w:rsidR="00B224D6" w:rsidRPr="007C64D2" w:rsidRDefault="00BF1A17">
      <w:pPr>
        <w:autoSpaceDE w:val="0"/>
        <w:autoSpaceDN w:val="0"/>
        <w:spacing w:before="298" w:after="0" w:line="262" w:lineRule="auto"/>
        <w:ind w:left="42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ориентироваться в нравственном содержании прочитанного, соотносить поступки героев с нравственными нормами;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владеть элементарными представлениями о национальном своеобразии метафор,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олицетворений, эпитетов и видеть в тексте -данные средства художественной выразительности;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совершенствовать в процессе чтения произведений русской литературы читательские умения: читать вслух и про себя,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328" w:right="740" w:bottom="372" w:left="666" w:header="720" w:footer="720" w:gutter="0"/>
          <w:cols w:space="720" w:equalWidth="0">
            <w:col w:w="10494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2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230" w:lineRule="auto"/>
        <w:ind w:left="24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 владеть элементарными приёмами интерпретации художественных и учебных текстов;</w:t>
      </w:r>
    </w:p>
    <w:p w:rsidR="00B224D6" w:rsidRPr="007C64D2" w:rsidRDefault="00BF1A17">
      <w:pPr>
        <w:autoSpaceDE w:val="0"/>
        <w:autoSpaceDN w:val="0"/>
        <w:spacing w:before="190" w:after="0" w:line="271" w:lineRule="auto"/>
        <w:ind w:left="240" w:right="72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применять опыт чтения произведений русской  литературы для речевого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самосовершенствования: участвовать в обсуждении прослушанного/прочитанного текста, доказывать и подтверждать собственное мнение ссылками на текст;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обогащать собственный круг чтения;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соотносить впечатления от прочитанных и прослушанных произведений с впечатлениями от других видов искусства.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 классе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обучающийся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научится:</w:t>
      </w:r>
    </w:p>
    <w:p w:rsidR="00B224D6" w:rsidRPr="007C64D2" w:rsidRDefault="00BF1A17">
      <w:pPr>
        <w:autoSpaceDE w:val="0"/>
        <w:autoSpaceDN w:val="0"/>
        <w:spacing w:before="180" w:after="0" w:line="262" w:lineRule="auto"/>
        <w:ind w:left="240" w:right="288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осознавать коммуникативно-эстетические возможности русского языка на основе изучения произведений русской литературы;</w:t>
      </w:r>
    </w:p>
    <w:p w:rsidR="00B224D6" w:rsidRPr="007C64D2" w:rsidRDefault="00BF1A17">
      <w:pPr>
        <w:autoSpaceDE w:val="0"/>
        <w:autoSpaceDN w:val="0"/>
        <w:spacing w:before="192" w:after="0" w:line="262" w:lineRule="auto"/>
        <w:ind w:left="24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осознавать родную литературу как национально-культурную ценность народа, как средство сохранения и передачи нравственных ценностей и традиций;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давать и обосновывать нравственную оценку поступков героев;</w:t>
      </w:r>
    </w:p>
    <w:p w:rsidR="00B224D6" w:rsidRPr="007C64D2" w:rsidRDefault="00BF1A17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и анализа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художественных, научно-популярных и учебных текстов;</w:t>
      </w:r>
    </w:p>
    <w:p w:rsidR="00B224D6" w:rsidRPr="007C64D2" w:rsidRDefault="00BF1A17">
      <w:pPr>
        <w:autoSpaceDE w:val="0"/>
        <w:autoSpaceDN w:val="0"/>
        <w:spacing w:before="190" w:after="0" w:line="281" w:lineRule="auto"/>
        <w:ind w:left="24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применять опыт чтения произведений русской  литературы для речевого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самосовершенствования: участвовать в обсуждении прослушанного/прочитанного текста, доказывать и подтверждать собственное мнение ссылками на текст; передавать содержание прочитанного или прослушанного с учётом специфики текста в виде пересказа (полного или краткого), пересказывать литературное произведение от имени одного из действующих лиц;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пользоваться справочными источниками для понимания текста и получения дополнительной информации.</w:t>
      </w:r>
    </w:p>
    <w:p w:rsidR="00B224D6" w:rsidRPr="007C64D2" w:rsidRDefault="00BF1A17">
      <w:pPr>
        <w:autoSpaceDE w:val="0"/>
        <w:autoSpaceDN w:val="0"/>
        <w:spacing w:before="178" w:after="0" w:line="230" w:lineRule="auto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 классе </w:t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обучающийся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научится:</w:t>
      </w:r>
    </w:p>
    <w:p w:rsidR="00B224D6" w:rsidRPr="007C64D2" w:rsidRDefault="00BF1A17">
      <w:pPr>
        <w:autoSpaceDE w:val="0"/>
        <w:autoSpaceDN w:val="0"/>
        <w:spacing w:before="178" w:after="0" w:line="262" w:lineRule="auto"/>
        <w:ind w:left="24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осознавать значимость чтения русской литературы для личного развития; для культурной самоидентификации;</w:t>
      </w:r>
    </w:p>
    <w:p w:rsidR="00B224D6" w:rsidRPr="007C64D2" w:rsidRDefault="00BF1A17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определять позиции героев художественного текста, позицию автора художественного текста;</w:t>
      </w:r>
    </w:p>
    <w:p w:rsidR="00B224D6" w:rsidRPr="007C64D2" w:rsidRDefault="00BF1A17">
      <w:pPr>
        <w:autoSpaceDE w:val="0"/>
        <w:autoSpaceDN w:val="0"/>
        <w:spacing w:before="192" w:after="0" w:line="271" w:lineRule="auto"/>
        <w:ind w:left="240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интерпретации, анализа и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преобразования художественных, научно-популярных и учебных текстов;</w:t>
      </w:r>
    </w:p>
    <w:p w:rsidR="00B224D6" w:rsidRPr="007C64D2" w:rsidRDefault="00BF1A17">
      <w:pPr>
        <w:autoSpaceDE w:val="0"/>
        <w:autoSpaceDN w:val="0"/>
        <w:spacing w:before="190" w:after="0" w:line="281" w:lineRule="auto"/>
        <w:ind w:left="240" w:right="43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применять опыт чтения произведений русской  литературы для речевого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самосовершенствования: участвовать в обсуждении прослушанного/прочитанного текста, доказывать и подтверждать собственное мнение ссылками на текст; передавать содержание прочитанного или прослушанного с учётом специфики текста в виде пересказа (полного или краткого); составлять устный рассказ на основе прочитанных произведений с учётом коммуникативной задачи (для разных адресатов);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240" w:right="1152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 выбирать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 интересующую  литературу,  формировать и обогащать собственный круг чтения;</w:t>
      </w:r>
    </w:p>
    <w:p w:rsidR="00B224D6" w:rsidRPr="007C64D2" w:rsidRDefault="00BF1A17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—  пользоваться справочными источниками для понимания текста и получения дополнительной информации.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2" w:right="724" w:bottom="444" w:left="846" w:header="720" w:footer="720" w:gutter="0"/>
          <w:cols w:space="720" w:equalWidth="0">
            <w:col w:w="10330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64" w:line="220" w:lineRule="exact"/>
        <w:rPr>
          <w:lang w:val="ru-RU"/>
        </w:rPr>
      </w:pPr>
    </w:p>
    <w:p w:rsidR="00B224D6" w:rsidRDefault="00BF1A17">
      <w:pPr>
        <w:autoSpaceDE w:val="0"/>
        <w:autoSpaceDN w:val="0"/>
        <w:spacing w:after="92" w:line="374" w:lineRule="auto"/>
        <w:ind w:right="11952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18"/>
        </w:rPr>
        <w:t>1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52"/>
        <w:gridCol w:w="4394"/>
        <w:gridCol w:w="722"/>
        <w:gridCol w:w="2256"/>
        <w:gridCol w:w="2306"/>
        <w:gridCol w:w="5272"/>
      </w:tblGrid>
      <w:tr w:rsidR="00B224D6">
        <w:trPr>
          <w:trHeight w:hRule="exact" w:val="348"/>
        </w:trPr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5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5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1.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МИР ДЕТСТВА</w:t>
            </w:r>
          </w:p>
        </w:tc>
      </w:tr>
      <w:tr w:rsidR="00B224D6">
        <w:trPr>
          <w:trHeight w:hRule="exact" w:val="350"/>
        </w:trPr>
        <w:tc>
          <w:tcPr>
            <w:tcW w:w="5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книги</w:t>
            </w:r>
            <w:proofErr w:type="spellEnd"/>
          </w:p>
        </w:tc>
        <w:tc>
          <w:tcPr>
            <w:tcW w:w="72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225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взрослею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фантазирую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мечтаю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РОССИЯ — РОДИНА МОЯ</w:t>
            </w:r>
          </w:p>
        </w:tc>
      </w:tr>
      <w:tr w:rsidR="00B224D6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45" w:lineRule="auto"/>
              <w:ind w:left="72" w:right="3168"/>
            </w:pP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Что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мы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Родиной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зовём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О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природе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: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50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время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4" w:after="0" w:line="230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72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33</w:t>
            </w:r>
          </w:p>
        </w:tc>
        <w:tc>
          <w:tcPr>
            <w:tcW w:w="225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527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</w:tbl>
    <w:p w:rsidR="00B224D6" w:rsidRDefault="00BF1A17">
      <w:pPr>
        <w:autoSpaceDE w:val="0"/>
        <w:autoSpaceDN w:val="0"/>
        <w:spacing w:before="186" w:after="94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2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16"/>
        <w:gridCol w:w="4888"/>
        <w:gridCol w:w="684"/>
        <w:gridCol w:w="2160"/>
        <w:gridCol w:w="2210"/>
        <w:gridCol w:w="5044"/>
      </w:tblGrid>
      <w:tr w:rsidR="00B224D6">
        <w:trPr>
          <w:trHeight w:hRule="exact" w:val="348"/>
        </w:trPr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4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5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50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1.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МИР ДЕТСТВА</w:t>
            </w:r>
          </w:p>
        </w:tc>
      </w:tr>
      <w:tr w:rsidR="00B224D6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4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книги</w:t>
            </w:r>
            <w:proofErr w:type="spellEnd"/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54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4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взрослею</w:t>
            </w:r>
            <w:proofErr w:type="spellEnd"/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4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моя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семья</w:t>
            </w:r>
            <w:proofErr w:type="spellEnd"/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542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4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фантазирую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мечтаю</w:t>
            </w:r>
            <w:proofErr w:type="spellEnd"/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5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19</w:t>
            </w:r>
          </w:p>
        </w:tc>
        <w:tc>
          <w:tcPr>
            <w:tcW w:w="9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РОССИЯ — РОДИНА МОЯ</w:t>
            </w:r>
          </w:p>
        </w:tc>
      </w:tr>
      <w:tr w:rsidR="00B224D6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4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  <w:lang w:val="ru-RU"/>
              </w:rPr>
              <w:t>Родная страна во все времена сынами сильна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592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4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  <w:lang w:val="ru-RU"/>
              </w:rPr>
              <w:t>Народные праздники, связанные с временами года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</w:tbl>
    <w:p w:rsidR="00B224D6" w:rsidRDefault="00B224D6">
      <w:pPr>
        <w:autoSpaceDE w:val="0"/>
        <w:autoSpaceDN w:val="0"/>
        <w:spacing w:after="0" w:line="14" w:lineRule="exact"/>
      </w:pPr>
    </w:p>
    <w:p w:rsidR="00B224D6" w:rsidRDefault="00B224D6">
      <w:pPr>
        <w:sectPr w:rsidR="00B224D6">
          <w:pgSz w:w="16840" w:h="11900"/>
          <w:pgMar w:top="282" w:right="640" w:bottom="3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224D6" w:rsidRDefault="00B224D6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16"/>
        <w:gridCol w:w="4888"/>
        <w:gridCol w:w="684"/>
        <w:gridCol w:w="2160"/>
        <w:gridCol w:w="2210"/>
        <w:gridCol w:w="5044"/>
      </w:tblGrid>
      <w:tr w:rsidR="00B224D6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4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О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природе</w:t>
            </w:r>
            <w:proofErr w:type="spellEnd"/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5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: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9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5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время</w:t>
            </w:r>
            <w:proofErr w:type="spellEnd"/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9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5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</w:tbl>
    <w:p w:rsidR="00B224D6" w:rsidRDefault="00BF1A17">
      <w:pPr>
        <w:autoSpaceDE w:val="0"/>
        <w:autoSpaceDN w:val="0"/>
        <w:spacing w:before="188" w:after="94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3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52"/>
        <w:gridCol w:w="4394"/>
        <w:gridCol w:w="722"/>
        <w:gridCol w:w="2256"/>
        <w:gridCol w:w="2306"/>
        <w:gridCol w:w="5272"/>
      </w:tblGrid>
      <w:tr w:rsidR="00B224D6">
        <w:trPr>
          <w:trHeight w:hRule="exact" w:val="350"/>
        </w:trPr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80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80" w:after="0" w:line="230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5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8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5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8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1.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МИР ДЕТСТВА</w:t>
            </w:r>
          </w:p>
        </w:tc>
      </w:tr>
      <w:tr w:rsidR="00B224D6">
        <w:trPr>
          <w:trHeight w:hRule="exact" w:val="34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книги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взрослею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моя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семья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926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45" w:lineRule="auto"/>
              <w:ind w:left="72" w:right="3168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фантазирую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мечтаю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РОССИЯ — РОДИНА МОЯ</w:t>
            </w:r>
          </w:p>
        </w:tc>
      </w:tr>
      <w:tr w:rsidR="00B224D6">
        <w:trPr>
          <w:trHeight w:hRule="exact" w:val="73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6" w:after="0" w:line="245" w:lineRule="auto"/>
              <w:ind w:left="72" w:right="2016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  <w:lang w:val="ru-RU"/>
              </w:rPr>
              <w:t xml:space="preserve">Родная страна </w:t>
            </w:r>
            <w:r w:rsidRPr="007C64D2">
              <w:rPr>
                <w:lang w:val="ru-RU"/>
              </w:rPr>
              <w:br/>
            </w:r>
            <w:r w:rsidRPr="007C64D2"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  <w:lang w:val="ru-RU"/>
              </w:rPr>
              <w:t>во все времена сынами сильна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праздника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к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празднику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О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природе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: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время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</w:tbl>
    <w:p w:rsidR="00B224D6" w:rsidRDefault="00BF1A17">
      <w:pPr>
        <w:autoSpaceDE w:val="0"/>
        <w:autoSpaceDN w:val="0"/>
        <w:spacing w:before="190" w:after="94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4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52"/>
        <w:gridCol w:w="4394"/>
        <w:gridCol w:w="722"/>
        <w:gridCol w:w="2256"/>
        <w:gridCol w:w="2306"/>
        <w:gridCol w:w="5272"/>
      </w:tblGrid>
      <w:tr w:rsidR="00B224D6">
        <w:trPr>
          <w:trHeight w:hRule="exact" w:val="348"/>
        </w:trPr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5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5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1.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МИР ДЕТСТВА</w:t>
            </w:r>
          </w:p>
        </w:tc>
      </w:tr>
      <w:tr w:rsidR="00B224D6">
        <w:trPr>
          <w:trHeight w:hRule="exact" w:val="52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книги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</w:tbl>
    <w:p w:rsidR="00B224D6" w:rsidRDefault="00B224D6">
      <w:pPr>
        <w:autoSpaceDE w:val="0"/>
        <w:autoSpaceDN w:val="0"/>
        <w:spacing w:after="0" w:line="14" w:lineRule="exact"/>
      </w:pPr>
    </w:p>
    <w:p w:rsidR="00B224D6" w:rsidRDefault="00B224D6">
      <w:pPr>
        <w:sectPr w:rsidR="00B224D6">
          <w:pgSz w:w="16840" w:h="11900"/>
          <w:pgMar w:top="284" w:right="640" w:bottom="39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224D6" w:rsidRDefault="00B224D6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52"/>
        <w:gridCol w:w="4394"/>
        <w:gridCol w:w="722"/>
        <w:gridCol w:w="2256"/>
        <w:gridCol w:w="2306"/>
        <w:gridCol w:w="5272"/>
      </w:tblGrid>
      <w:tr w:rsidR="00B224D6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взрослею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моя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семья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926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45" w:lineRule="auto"/>
              <w:ind w:left="72" w:right="3168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фантазирую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мечтаю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19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РОССИЯ — РОДИНА МОЯ</w:t>
            </w:r>
          </w:p>
        </w:tc>
      </w:tr>
      <w:tr w:rsidR="00B224D6">
        <w:trPr>
          <w:trHeight w:hRule="exact" w:val="73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6" w:after="0" w:line="245" w:lineRule="auto"/>
              <w:ind w:left="72" w:right="2016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  <w:lang w:val="ru-RU"/>
              </w:rPr>
              <w:t xml:space="preserve">Родная страна </w:t>
            </w:r>
            <w:r w:rsidRPr="007C64D2">
              <w:rPr>
                <w:lang w:val="ru-RU"/>
              </w:rPr>
              <w:br/>
            </w:r>
            <w:r w:rsidRPr="007C64D2"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  <w:lang w:val="ru-RU"/>
              </w:rPr>
              <w:t>во все времена сынами сильна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Что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Родиной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зовём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О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природе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  <w:proofErr w:type="spellEnd"/>
          </w:p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: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время</w:t>
            </w:r>
            <w:proofErr w:type="spell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  <w:tr w:rsidR="00B224D6">
        <w:trPr>
          <w:trHeight w:hRule="exact" w:val="32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Pr="007C64D2" w:rsidRDefault="00BF1A17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7C64D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F1A17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24D6" w:rsidRDefault="00B224D6"/>
        </w:tc>
      </w:tr>
    </w:tbl>
    <w:p w:rsidR="00B224D6" w:rsidRDefault="00B224D6">
      <w:pPr>
        <w:autoSpaceDE w:val="0"/>
        <w:autoSpaceDN w:val="0"/>
        <w:spacing w:after="0" w:line="14" w:lineRule="exact"/>
      </w:pPr>
    </w:p>
    <w:p w:rsidR="00B224D6" w:rsidRDefault="00B224D6">
      <w:pPr>
        <w:sectPr w:rsidR="00B224D6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224D6" w:rsidRDefault="00B224D6">
      <w:pPr>
        <w:autoSpaceDE w:val="0"/>
        <w:autoSpaceDN w:val="0"/>
        <w:spacing w:after="0" w:line="14" w:lineRule="exact"/>
      </w:pPr>
    </w:p>
    <w:p w:rsidR="00B224D6" w:rsidRDefault="00B224D6">
      <w:pPr>
        <w:sectPr w:rsidR="00B224D6">
          <w:pgSz w:w="11900" w:h="16840"/>
          <w:pgMar w:top="298" w:right="650" w:bottom="30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24D6" w:rsidRDefault="00B224D6">
      <w:pPr>
        <w:autoSpaceDE w:val="0"/>
        <w:autoSpaceDN w:val="0"/>
        <w:spacing w:after="66" w:line="220" w:lineRule="exact"/>
      </w:pPr>
    </w:p>
    <w:p w:rsidR="00B224D6" w:rsidRPr="006C4994" w:rsidRDefault="006C4994">
      <w:pPr>
        <w:autoSpaceDE w:val="0"/>
        <w:autoSpaceDN w:val="0"/>
        <w:spacing w:before="218" w:after="140" w:line="230" w:lineRule="auto"/>
        <w:rPr>
          <w:lang w:val="ru-RU"/>
        </w:rPr>
      </w:pPr>
      <w:r>
        <w:rPr>
          <w:lang w:val="ru-RU"/>
        </w:rPr>
        <w:t>2 класс</w:t>
      </w: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890"/>
        <w:gridCol w:w="992"/>
        <w:gridCol w:w="850"/>
        <w:gridCol w:w="851"/>
        <w:gridCol w:w="1559"/>
        <w:gridCol w:w="851"/>
        <w:gridCol w:w="1417"/>
      </w:tblGrid>
      <w:tr w:rsidR="008C4598" w:rsidTr="008C4598">
        <w:trPr>
          <w:trHeight w:hRule="exact" w:val="721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A13A6D" w:rsidRDefault="008C4598" w:rsidP="007C7A3F">
            <w:pPr>
              <w:autoSpaceDE w:val="0"/>
              <w:autoSpaceDN w:val="0"/>
              <w:spacing w:before="98" w:after="0" w:line="271" w:lineRule="auto"/>
              <w:ind w:left="72" w:right="432"/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  <w:t>Дата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71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  <w:proofErr w:type="spellEnd"/>
          </w:p>
        </w:tc>
      </w:tr>
      <w:tr w:rsidR="008C4598" w:rsidTr="008C4598">
        <w:trPr>
          <w:trHeight w:hRule="exact" w:val="1269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/>
        </w:tc>
        <w:tc>
          <w:tcPr>
            <w:tcW w:w="3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127673" w:rsidRDefault="008C4598" w:rsidP="007C7A3F">
            <w:pPr>
              <w:rPr>
                <w:b/>
                <w:lang w:val="ru-RU"/>
              </w:rPr>
            </w:pPr>
            <w:r w:rsidRPr="00127673">
              <w:rPr>
                <w:b/>
                <w:lang w:val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127673" w:rsidRDefault="008C4598" w:rsidP="007C7A3F">
            <w:pPr>
              <w:rPr>
                <w:b/>
                <w:lang w:val="ru-RU"/>
              </w:rPr>
            </w:pPr>
            <w:r w:rsidRPr="00127673">
              <w:rPr>
                <w:b/>
                <w:lang w:val="ru-RU"/>
              </w:rPr>
              <w:t>Факт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/>
        </w:tc>
      </w:tr>
      <w:tr w:rsidR="008C4598" w:rsidTr="008C459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 и книги. Е. Н. Егорова. «Детство Александра Пушкина» (глава «Нянины сказки»).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127673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07.09.22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 и книги. Е. Н. Егорова. «Детство Александра Пушкина» (глава «Нянины сказки»).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14.09.22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0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и книги. Т. А.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Луговская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«Как знаю, как помню, как умею»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фрагмент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21.09.22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98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и книги. Т. А.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Луговская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«Как знаю, как помню, как умею»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фрагмент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28.09.22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 по теме "Я и книги"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05.10.22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254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A13A6D" w:rsidRDefault="008C4598" w:rsidP="007C7A3F">
            <w:pPr>
              <w:autoSpaceDE w:val="0"/>
              <w:autoSpaceDN w:val="0"/>
              <w:spacing w:before="100" w:after="0" w:line="281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взрослею. Как аукнется, так и 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откликнется. Пословицы об отношении к другим людям.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Произведения, отражающие традиционные представления об отношении к другим людям. В. В. Бианки. </w:t>
            </w:r>
            <w:r w:rsidRPr="00A13A6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«Сова».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100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12.10.22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72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взрослею. Произведения, отражающие традиционные представления об отношении к другим людям.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.Л.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И. </w:t>
            </w: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Кузьмин. «Дом с колокольчиком».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8C4598">
            <w:pPr>
              <w:tabs>
                <w:tab w:val="left" w:pos="1343"/>
              </w:tabs>
              <w:autoSpaceDE w:val="0"/>
              <w:autoSpaceDN w:val="0"/>
              <w:spacing w:before="98" w:after="0" w:line="262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19.10.22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 взрослею.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Воля и труд дивные всходы дают. Пословицы о труде.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26.10.22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:rsidR="008C4598" w:rsidRDefault="008C4598" w:rsidP="008C4598">
      <w:pPr>
        <w:autoSpaceDE w:val="0"/>
        <w:autoSpaceDN w:val="0"/>
        <w:spacing w:after="0" w:line="14" w:lineRule="exact"/>
      </w:pP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031"/>
        <w:gridCol w:w="851"/>
        <w:gridCol w:w="709"/>
        <w:gridCol w:w="850"/>
        <w:gridCol w:w="1701"/>
        <w:gridCol w:w="851"/>
        <w:gridCol w:w="1417"/>
      </w:tblGrid>
      <w:tr w:rsidR="008C4598" w:rsidTr="008C4598">
        <w:trPr>
          <w:trHeight w:hRule="exact" w:val="270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взрослею. Произведения, отражающие представление о трудолюбии как нравственно-этической ценности, 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значимой для национального русского сознания.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:Е.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А. Пермяк. «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Маркел-самодел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 его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дети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».Б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  <w:p w:rsidR="008C4598" w:rsidRPr="00D778A1" w:rsidRDefault="008C4598" w:rsidP="007C7A3F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Шергин. «Пословицы в рассказах».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09.11.22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268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10.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81" w:lineRule="auto"/>
              <w:ind w:left="72"/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взрослею.Кто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идёт вперёд, того страх не берёт. Пословицы о </w:t>
            </w:r>
            <w:r w:rsidRPr="00D778A1">
              <w:rPr>
                <w:lang w:val="ru-RU"/>
              </w:rPr>
              <w:br/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смелости.Произведения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отражающие традиционные представления о смелости как нравственном ориентире.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П.Алексеев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Медаль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».В. В.</w:t>
            </w:r>
          </w:p>
          <w:p w:rsidR="008C4598" w:rsidRDefault="008C4598" w:rsidP="007C7A3F">
            <w:pPr>
              <w:autoSpaceDE w:val="0"/>
              <w:autoSpaceDN w:val="0"/>
              <w:spacing w:before="70" w:after="0" w:line="23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Голявкин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Этот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мальчик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16.11.22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Обобщение по разделу "Я взрослею"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23.11.22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87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Семья крепка ладом.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Произведения,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отражающие  традиционные</w:t>
            </w:r>
            <w:proofErr w:type="gramEnd"/>
            <w:r>
              <w:rPr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представления о семейных ценностях.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:С.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Г. Георгиев. </w:t>
            </w: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«Стрекот кузнечика».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D4671B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30.11.22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240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  и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моя семья. Семья крепка ладом.</w:t>
            </w:r>
          </w:p>
          <w:p w:rsidR="008C4598" w:rsidRPr="00ED6FF7" w:rsidRDefault="008C4598" w:rsidP="007C7A3F">
            <w:pPr>
              <w:autoSpaceDE w:val="0"/>
              <w:autoSpaceDN w:val="0"/>
              <w:spacing w:before="70" w:after="0" w:line="281" w:lineRule="auto"/>
              <w:ind w:left="72" w:right="1008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Произведения, отражающие </w:t>
            </w:r>
            <w:r w:rsidRPr="00D778A1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традиционные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представления о семейных ценностях. </w:t>
            </w:r>
            <w:proofErr w:type="gramStart"/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Г. .</w:t>
            </w:r>
            <w:proofErr w:type="gramEnd"/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 В. </w:t>
            </w:r>
            <w:proofErr w:type="spellStart"/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Голявкин</w:t>
            </w:r>
            <w:proofErr w:type="spellEnd"/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«Мой добрый папа»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(фрагмент)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07.12.22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  и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моя семья. Семья крепка ладом.</w:t>
            </w:r>
          </w:p>
          <w:p w:rsidR="008C4598" w:rsidRPr="00D778A1" w:rsidRDefault="008C4598" w:rsidP="007C7A3F">
            <w:pPr>
              <w:autoSpaceDE w:val="0"/>
              <w:autoSpaceDN w:val="0"/>
              <w:spacing w:before="70" w:after="0" w:line="278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Произведения, отражающие 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традиционные представления о семейных ценностях. М. В. Дружинина. «Очень 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полезный подарок». .Л. Н.</w:t>
            </w:r>
          </w:p>
          <w:p w:rsidR="008C4598" w:rsidRPr="00D778A1" w:rsidRDefault="008C4598" w:rsidP="007C7A3F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Толстой. «Отец и сыновья».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14.12.22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 по теме "Я  и моя семья"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21.12.22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фантазирую и мечтаю. Мечты, зовущие ввысь. Н. К. Абрамцева. «Заветное 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желание».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11.01.23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фантазирую и мечтаю. Мечты, зовущие ввысь е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В. Григорьева.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Мечта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18.01.23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4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фантазирую и мечтаю. Мечты, зовущие ввысь. 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.Л.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Н. Толстой. «Воспоминания»(глава «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Фанфаронова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гора»).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25.01.23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</w:p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:rsidR="008C4598" w:rsidRDefault="008C4598" w:rsidP="008C4598">
      <w:pPr>
        <w:autoSpaceDE w:val="0"/>
        <w:autoSpaceDN w:val="0"/>
        <w:spacing w:after="0" w:line="14" w:lineRule="exact"/>
      </w:pP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031"/>
        <w:gridCol w:w="851"/>
        <w:gridCol w:w="850"/>
        <w:gridCol w:w="851"/>
        <w:gridCol w:w="1559"/>
        <w:gridCol w:w="851"/>
        <w:gridCol w:w="1417"/>
      </w:tblGrid>
      <w:tr w:rsidR="008C4598" w:rsidTr="008C4598">
        <w:trPr>
          <w:trHeight w:hRule="exact" w:val="21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19.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 фантазирую и мечтаю. Мечты, зовущие ввысь. Произведения, отражающие представления об идеалах в детских мечтах.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Л.</w:t>
            </w:r>
            <w:proofErr w:type="gramEnd"/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Н. Толстой. «Воспоминания»(глава «</w:t>
            </w:r>
            <w:proofErr w:type="spellStart"/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Фанфаронова</w:t>
            </w:r>
            <w:proofErr w:type="spellEnd"/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гора»).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01.02.23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41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 фантазирую и мечтаю.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Произведения, отражающие представления об идеалах в детских мечтах.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08.02.23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74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 фантазирую и мечтаю.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Произведения, отражающие представления об идеалах в детских мечтах.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15.02.23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 фантазирую и мечтаю.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Произведения, отражающие представления об идеалах в детских мечтах.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22.02.23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233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Родная страна во все времена сынами сильна. Люди земли Русской.</w:t>
            </w:r>
            <w:r>
              <w:rPr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Художественные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биографии </w:t>
            </w:r>
            <w:r>
              <w:rPr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выдающихся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представителей русского народа.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:В.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А.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Бахревский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«Виктор Васнецов» (глава «Рябово»).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01.03.23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2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Родная страна во все времена сынами сильна. Люди земли Русской.</w:t>
            </w:r>
            <w:r>
              <w:rPr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Художественные биографии выдающихся п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редставителей русского народа. М. А. Булатов, В.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Порудоминский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«Собирал человек слова… Повесть о В. И. Дале»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(фрагмент).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15.03.23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RPr="00ED6FF7" w:rsidTr="008C4598">
        <w:trPr>
          <w:trHeight w:hRule="exact" w:val="269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100" w:after="0" w:line="262" w:lineRule="auto"/>
              <w:ind w:left="72" w:right="43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Родная страна во все времена сынами сильна.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Люди земли Русской.</w:t>
            </w:r>
            <w:r>
              <w:rPr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Художественные биографии выдающихся представителей русского народа.  </w:t>
            </w: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Л. Яковлев. «Сергий </w:t>
            </w:r>
            <w:r w:rsidRPr="00ED6FF7">
              <w:rPr>
                <w:lang w:val="ru-RU"/>
              </w:rPr>
              <w:br/>
            </w: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Радонежский приходит на помощь»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(фрагмент).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100" w:after="0" w:line="230" w:lineRule="auto"/>
              <w:rPr>
                <w:lang w:val="ru-RU"/>
              </w:rPr>
            </w:pPr>
            <w:r>
              <w:rPr>
                <w:lang w:val="ru-RU"/>
              </w:rPr>
              <w:t>22.03.23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lang w:val="ru-RU"/>
              </w:rPr>
            </w:pP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Устный опрос;</w:t>
            </w:r>
          </w:p>
        </w:tc>
      </w:tr>
      <w:tr w:rsidR="008C4598" w:rsidRPr="00C41360" w:rsidTr="008C4598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ED6F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26.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Народные праздники, связанные с 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временами года   И. С.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Шмелёв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«Лето Господне» (фрагмент главы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«Масленица»).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ED6FF7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05.04.23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Устный опрос;</w:t>
            </w:r>
          </w:p>
        </w:tc>
      </w:tr>
    </w:tbl>
    <w:p w:rsidR="008C4598" w:rsidRPr="00C41360" w:rsidRDefault="008C4598" w:rsidP="008C4598">
      <w:pPr>
        <w:autoSpaceDE w:val="0"/>
        <w:autoSpaceDN w:val="0"/>
        <w:spacing w:after="0" w:line="14" w:lineRule="exact"/>
        <w:rPr>
          <w:lang w:val="ru-RU"/>
        </w:rPr>
      </w:pP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031"/>
        <w:gridCol w:w="851"/>
        <w:gridCol w:w="850"/>
        <w:gridCol w:w="851"/>
        <w:gridCol w:w="1559"/>
        <w:gridCol w:w="851"/>
        <w:gridCol w:w="1417"/>
      </w:tblGrid>
      <w:tr w:rsidR="008C4598" w:rsidTr="008C459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lastRenderedPageBreak/>
              <w:t>27.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Народные праздники, связанные с временами года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</w:p>
          <w:p w:rsidR="008C4598" w:rsidRPr="00D778A1" w:rsidRDefault="008C4598" w:rsidP="007C7A3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Л. Ф.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Воронкова. «Девочка из города» (глава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«Праздник весны»).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12.04.23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05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Народные праздники, связанные с временами года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В.А.</w:t>
            </w: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Жуковский</w:t>
            </w:r>
            <w:proofErr w:type="spellEnd"/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«Жаворонок».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19.04.23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15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71" w:lineRule="auto"/>
              <w:ind w:left="72" w:right="720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Народные праздники, связанные с временами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года  А.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С. </w:t>
            </w: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Пушкин. «Птичка».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26.04.23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RPr="00C41360" w:rsidTr="008C4598">
        <w:trPr>
          <w:trHeight w:hRule="exact" w:val="212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03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100" w:after="0" w:line="262" w:lineRule="auto"/>
              <w:ind w:left="72" w:right="43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 родной природе. Русские народные загадки о поле, цветах.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Ю. </w:t>
            </w:r>
            <w:proofErr w:type="spell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И.Коваль</w:t>
            </w:r>
            <w:proofErr w:type="spell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«Фарфоровые колокольчики».</w:t>
            </w:r>
            <w:r>
              <w:rPr>
                <w:lang w:val="ru-RU"/>
              </w:rPr>
              <w:t xml:space="preserve"> 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И.С. Никитин. «В чистом поле тень шагает».</w:t>
            </w:r>
          </w:p>
          <w:p w:rsidR="008C4598" w:rsidRPr="00A13A6D" w:rsidRDefault="008C4598" w:rsidP="007C7A3F">
            <w:pPr>
              <w:autoSpaceDE w:val="0"/>
              <w:autoSpaceDN w:val="0"/>
              <w:spacing w:before="100" w:after="0" w:line="262" w:lineRule="auto"/>
              <w:ind w:left="72" w:right="43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М.</w:t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Пляцковский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  <w:r w:rsidRPr="00A92AD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«Колокольчик».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100" w:after="0" w:line="230" w:lineRule="auto"/>
              <w:rPr>
                <w:lang w:val="ru-RU"/>
              </w:rPr>
            </w:pPr>
            <w:r>
              <w:rPr>
                <w:lang w:val="ru-RU"/>
              </w:rPr>
              <w:t>03.05.23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lang w:val="ru-RU"/>
              </w:rPr>
            </w:pP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Устный опрос;</w:t>
            </w:r>
          </w:p>
        </w:tc>
      </w:tr>
      <w:tr w:rsidR="008C4598" w:rsidTr="008C459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C4136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31.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 родной природе. К зелёным далям с детства </w:t>
            </w:r>
            <w:proofErr w:type="gramStart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взор .</w:t>
            </w:r>
            <w:proofErr w:type="gramEnd"/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А. Солоухин. «Трава»</w:t>
            </w:r>
            <w:r w:rsidRPr="00D778A1">
              <w:rPr>
                <w:lang w:val="ru-RU"/>
              </w:rPr>
              <w:br/>
            </w: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(фрагмент).Ф. И. Тютчев. «Тихой ночью, поздним летом…»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10.05.23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 по теме "О родной природе"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17.05.23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изученного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2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классе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23.05.23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108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изученного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2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классе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Pr="00C41360" w:rsidRDefault="008C4598" w:rsidP="007C7A3F">
            <w:pPr>
              <w:autoSpaceDE w:val="0"/>
              <w:autoSpaceDN w:val="0"/>
              <w:spacing w:before="98" w:after="0" w:line="230" w:lineRule="auto"/>
              <w:rPr>
                <w:lang w:val="ru-RU"/>
              </w:rPr>
            </w:pPr>
            <w:r>
              <w:rPr>
                <w:lang w:val="ru-RU"/>
              </w:rPr>
              <w:t>30.05.23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62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C4598" w:rsidTr="008C4598">
        <w:trPr>
          <w:trHeight w:hRule="exact" w:val="828"/>
        </w:trPr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Pr="00D778A1" w:rsidRDefault="008C4598" w:rsidP="007C7A3F">
            <w:pPr>
              <w:autoSpaceDE w:val="0"/>
              <w:autoSpaceDN w:val="0"/>
              <w:spacing w:before="98" w:after="0" w:line="262" w:lineRule="auto"/>
              <w:ind w:left="72" w:right="1008"/>
              <w:rPr>
                <w:lang w:val="ru-RU"/>
              </w:rPr>
            </w:pPr>
            <w:r w:rsidRPr="00D778A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78" w:type="dxa"/>
            <w:gridSpan w:val="4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C4598" w:rsidRDefault="008C4598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</w:t>
            </w:r>
          </w:p>
        </w:tc>
      </w:tr>
    </w:tbl>
    <w:p w:rsidR="008C4598" w:rsidRDefault="008C4598">
      <w:pPr>
        <w:autoSpaceDE w:val="0"/>
        <w:autoSpaceDN w:val="0"/>
        <w:spacing w:before="220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C4598" w:rsidRDefault="008C4598">
      <w:pPr>
        <w:autoSpaceDE w:val="0"/>
        <w:autoSpaceDN w:val="0"/>
        <w:spacing w:before="220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C4598" w:rsidRDefault="008C4598">
      <w:pPr>
        <w:autoSpaceDE w:val="0"/>
        <w:autoSpaceDN w:val="0"/>
        <w:spacing w:before="220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C4598" w:rsidRDefault="008C4598">
      <w:pPr>
        <w:autoSpaceDE w:val="0"/>
        <w:autoSpaceDN w:val="0"/>
        <w:spacing w:before="220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C4598" w:rsidRDefault="008C4598">
      <w:pPr>
        <w:autoSpaceDE w:val="0"/>
        <w:autoSpaceDN w:val="0"/>
        <w:spacing w:before="220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C4598" w:rsidRDefault="008C4598">
      <w:pPr>
        <w:autoSpaceDE w:val="0"/>
        <w:autoSpaceDN w:val="0"/>
        <w:spacing w:before="220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C4598" w:rsidRDefault="008C4598">
      <w:pPr>
        <w:autoSpaceDE w:val="0"/>
        <w:autoSpaceDN w:val="0"/>
        <w:spacing w:before="220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224D6" w:rsidRDefault="00BF1A17">
      <w:pPr>
        <w:autoSpaceDE w:val="0"/>
        <w:autoSpaceDN w:val="0"/>
        <w:spacing w:before="220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3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02"/>
        <w:gridCol w:w="732"/>
        <w:gridCol w:w="1620"/>
        <w:gridCol w:w="1668"/>
        <w:gridCol w:w="1236"/>
        <w:gridCol w:w="1190"/>
      </w:tblGrid>
      <w:tr w:rsidR="007C7A3F" w:rsidTr="007C7A3F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71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  <w:proofErr w:type="spellEnd"/>
          </w:p>
        </w:tc>
      </w:tr>
      <w:tr w:rsidR="007C7A3F" w:rsidTr="007C7A3F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A3F" w:rsidRDefault="007C7A3F" w:rsidP="007C7A3F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A3F" w:rsidRDefault="007C7A3F" w:rsidP="007C7A3F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A3F" w:rsidRDefault="007C7A3F" w:rsidP="007C7A3F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A3F" w:rsidRDefault="007C7A3F" w:rsidP="007C7A3F"/>
        </w:tc>
      </w:tr>
      <w:tr w:rsidR="007C7A3F" w:rsidTr="007C7A3F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 И. Воробьёв. «Я ничего не придумал» (глава «Мой </w:t>
            </w:r>
            <w:r w:rsidRPr="00A81FCD">
              <w:rPr>
                <w:lang w:val="ru-RU"/>
              </w:rPr>
              <w:br/>
            </w: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дневник» (В сокращении).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06.09.2022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Ирина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Краева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  <w:p w:rsidR="007C7A3F" w:rsidRDefault="007C7A3F" w:rsidP="007C7A3F">
            <w:pPr>
              <w:autoSpaceDE w:val="0"/>
              <w:autoSpaceDN w:val="0"/>
              <w:spacing w:before="72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Письмописательное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13.09.2022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Ирина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Краева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  <w:p w:rsidR="007C7A3F" w:rsidRDefault="007C7A3F" w:rsidP="007C7A3F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Письмописательное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20.09.2022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 П. Крапивин. «Сказки Севки Глущенко» (глава «День </w:t>
            </w:r>
            <w:r w:rsidRPr="00A81FCD">
              <w:rPr>
                <w:lang w:val="ru-RU"/>
              </w:rPr>
              <w:br/>
            </w: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рождения»).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27.09.2022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 П. Крапивин. «Сказки Севки Глущенко» (глава «День </w:t>
            </w:r>
            <w:r w:rsidRPr="00A81FCD">
              <w:rPr>
                <w:lang w:val="ru-RU"/>
              </w:rPr>
              <w:br/>
            </w: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рождения»).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B028CB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</w:t>
            </w:r>
            <w:r w:rsidR="007C7A3F">
              <w:rPr>
                <w:rFonts w:ascii="Times New Roman" w:eastAsia="Times New Roman" w:hAnsi="Times New Roman"/>
                <w:color w:val="000000"/>
                <w:sz w:val="24"/>
              </w:rPr>
              <w:t xml:space="preserve">.10.2022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115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Т.В. Толстая. «Детство Лермонтова».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B028CB" w:rsidP="00B028C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  <w:r w:rsidR="007C7A3F">
              <w:rPr>
                <w:rFonts w:ascii="Times New Roman" w:eastAsia="Times New Roman" w:hAnsi="Times New Roman"/>
                <w:color w:val="000000"/>
                <w:sz w:val="24"/>
              </w:rPr>
              <w:t xml:space="preserve">10.2022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864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Л. Л. Яхнин. «Последняя рубашка».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18.10.2022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Ю. А. Буковский. «О Доброте —злой и доброй».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25.10.2022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Живи по совести. Пословицы о совести.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DF5707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</w:t>
            </w:r>
            <w:r w:rsidR="007C7A3F">
              <w:rPr>
                <w:rFonts w:ascii="Times New Roman" w:eastAsia="Times New Roman" w:hAnsi="Times New Roman"/>
                <w:color w:val="000000"/>
                <w:sz w:val="24"/>
              </w:rPr>
              <w:t xml:space="preserve">.11.2022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100" w:after="0" w:line="262" w:lineRule="auto"/>
              <w:ind w:left="72" w:right="43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П. В. 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Засодимский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«Гришина милостыня».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516B75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</w:t>
            </w:r>
            <w:r w:rsidR="007C7A3F">
              <w:rPr>
                <w:rFonts w:ascii="Times New Roman" w:eastAsia="Times New Roman" w:hAnsi="Times New Roman"/>
                <w:color w:val="000000"/>
                <w:sz w:val="24"/>
              </w:rPr>
              <w:t xml:space="preserve">.11.2022 </w:t>
            </w:r>
          </w:p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Н. Г. Волкова. «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Дреби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-Дон».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516B75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</w:t>
            </w:r>
            <w:r w:rsidR="007C7A3F">
              <w:rPr>
                <w:rFonts w:ascii="Times New Roman" w:eastAsia="Times New Roman" w:hAnsi="Times New Roman"/>
                <w:color w:val="000000"/>
                <w:sz w:val="24"/>
              </w:rPr>
              <w:t xml:space="preserve">.11.2022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В.Н. 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Крупин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«Сушёная малина».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29.11.2022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В. М. Шукшин. «Как зайка летал на воздушных шариках»</w:t>
            </w:r>
            <w:r w:rsidRPr="00A81FCD">
              <w:rPr>
                <w:lang w:val="ru-RU"/>
              </w:rPr>
              <w:br/>
            </w: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(фрагмент).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06.12.2022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А. Л. Решетов. «Зёрнышки спелых яблок» (фрагмент).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13.12.2022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А. Л. Решетов. «Зёрнышки спелых яблок» (отрывок).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20.12.2022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:rsidR="007C7A3F" w:rsidRDefault="007C7A3F" w:rsidP="007C7A3F">
      <w:pPr>
        <w:autoSpaceDE w:val="0"/>
        <w:autoSpaceDN w:val="0"/>
        <w:spacing w:after="0" w:line="14" w:lineRule="exact"/>
      </w:pPr>
    </w:p>
    <w:p w:rsidR="007C7A3F" w:rsidRDefault="007C7A3F" w:rsidP="007C7A3F">
      <w:pPr>
        <w:sectPr w:rsidR="007C7A3F">
          <w:pgSz w:w="11900" w:h="16840"/>
          <w:pgMar w:top="298" w:right="650" w:bottom="280" w:left="666" w:header="720" w:footer="720" w:gutter="0"/>
          <w:cols w:space="720" w:equalWidth="0">
            <w:col w:w="10584" w:space="0"/>
          </w:cols>
          <w:docGrid w:linePitch="360"/>
        </w:sect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02"/>
        <w:gridCol w:w="732"/>
        <w:gridCol w:w="1620"/>
        <w:gridCol w:w="1668"/>
        <w:gridCol w:w="1236"/>
        <w:gridCol w:w="1190"/>
      </w:tblGrid>
      <w:tr w:rsidR="007C7A3F" w:rsidTr="007C7A3F">
        <w:trPr>
          <w:trHeight w:hRule="exact" w:val="834"/>
        </w:trPr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/>
        </w:tc>
        <w:tc>
          <w:tcPr>
            <w:tcW w:w="36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/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/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/>
        </w:tc>
        <w:tc>
          <w:tcPr>
            <w:tcW w:w="16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/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/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/>
        </w:tc>
      </w:tr>
    </w:tbl>
    <w:p w:rsidR="007C7A3F" w:rsidRDefault="007C7A3F" w:rsidP="007C7A3F">
      <w:pPr>
        <w:autoSpaceDE w:val="0"/>
        <w:autoSpaceDN w:val="0"/>
        <w:spacing w:after="0" w:line="822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02"/>
        <w:gridCol w:w="732"/>
        <w:gridCol w:w="1620"/>
        <w:gridCol w:w="1668"/>
        <w:gridCol w:w="1236"/>
        <w:gridCol w:w="1190"/>
      </w:tblGrid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115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О. Ф. 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Кургузов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«Душа нараспашку».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27.12.2022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 П.  Крапивин. «Зелёная грива»(Отрывок из повести «Брат, </w:t>
            </w:r>
            <w:r w:rsidRPr="00A81FCD">
              <w:rPr>
                <w:lang w:val="ru-RU"/>
              </w:rPr>
              <w:br/>
            </w: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которому семь».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10.01.2023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Л. К. Чуковская. «Мой отец —Корней Чуковский» (фрагмент).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17.01.2023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100" w:after="0"/>
              <w:ind w:left="72" w:right="576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 П. Крапивин «Что такое стихия» (Глава из 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повести«Сказки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Севки Глущенко» в сокращении».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24.01.2023 </w:t>
            </w:r>
          </w:p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100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right="288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Г. А. 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Скребицкий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«Чему научила сказка».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31.01.2023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О. М. Гурьян. «Мальчик из Холмогор» (фрагмент).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07.02.2023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 А.  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Бахревский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 «Семён Дежнёв» (фрагмент). Н. М.</w:t>
            </w:r>
          </w:p>
          <w:p w:rsidR="007C7A3F" w:rsidRPr="00A81FCD" w:rsidRDefault="007C7A3F" w:rsidP="007C7A3F">
            <w:pPr>
              <w:autoSpaceDE w:val="0"/>
              <w:autoSpaceDN w:val="0"/>
              <w:spacing w:before="70" w:after="0" w:line="262" w:lineRule="auto"/>
              <w:ind w:left="72" w:right="144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Коняев. «Правнуки </w:t>
            </w:r>
            <w:proofErr w:type="gram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богатырей»(</w:t>
            </w:r>
            <w:proofErr w:type="gram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фрагмент).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14.02.2023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А. Н. Майков. «Ломоносов»(фрагмент).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21.02.2023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864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 А. Никифоров – 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Волин«Серебряная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метель».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28.02.2023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Е. В. Григорьева. «Радость». А.А. Коринфский</w:t>
            </w:r>
            <w:r w:rsidRPr="00A81FCD">
              <w:rPr>
                <w:lang w:val="ru-RU"/>
              </w:rPr>
              <w:br/>
            </w: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«Христославы».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07.03.2023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А. И. Куприн. «Пасхальные колокола» (фрагмент).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14.03.2023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С. Чёрный. «Пасхальный визит»(фрагмент).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21.03.2023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И. С.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Никитин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Лес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04.04.2023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К. Г.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Паустовский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Клад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11.04.2023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М. М. Пришвин. «Как </w:t>
            </w:r>
            <w:r w:rsidRPr="00A81FCD">
              <w:rPr>
                <w:lang w:val="ru-RU"/>
              </w:rPr>
              <w:br/>
            </w: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распускаются разные деревья».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18.04.2023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:rsidR="007C7A3F" w:rsidRDefault="007C7A3F" w:rsidP="007C7A3F">
      <w:pPr>
        <w:autoSpaceDE w:val="0"/>
        <w:autoSpaceDN w:val="0"/>
        <w:spacing w:after="0" w:line="14" w:lineRule="exact"/>
      </w:pPr>
    </w:p>
    <w:p w:rsidR="007C7A3F" w:rsidRDefault="007C7A3F" w:rsidP="007C7A3F">
      <w:pPr>
        <w:autoSpaceDE w:val="0"/>
        <w:autoSpaceDN w:val="0"/>
        <w:spacing w:after="0" w:line="14" w:lineRule="exact"/>
      </w:pPr>
    </w:p>
    <w:p w:rsidR="007C7A3F" w:rsidRDefault="007C7A3F" w:rsidP="007C7A3F">
      <w:pPr>
        <w:sectPr w:rsidR="007C7A3F">
          <w:pgSz w:w="11900" w:h="16840"/>
          <w:pgMar w:top="0" w:right="650" w:bottom="49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C7A3F" w:rsidRDefault="007C7A3F" w:rsidP="007C7A3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02"/>
        <w:gridCol w:w="732"/>
        <w:gridCol w:w="1620"/>
        <w:gridCol w:w="1668"/>
        <w:gridCol w:w="1236"/>
        <w:gridCol w:w="1190"/>
      </w:tblGrid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В. Г. Распутин «Горные речки».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25.04.2023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И. П.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Токмакова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Туман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16.05.2023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В. Д. Берестов. «У реки».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23.05.2023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В. П. Астафьев.  «</w:t>
            </w:r>
            <w:proofErr w:type="spellStart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Зорькина</w:t>
            </w:r>
            <w:proofErr w:type="spellEnd"/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песня» (фрагмент).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30.05.2023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7C7A3F" w:rsidTr="007C7A3F">
        <w:trPr>
          <w:trHeight w:hRule="exact" w:val="808"/>
        </w:trPr>
        <w:tc>
          <w:tcPr>
            <w:tcW w:w="4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Pr="00A81FCD" w:rsidRDefault="007C7A3F" w:rsidP="007C7A3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A81FCD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C7A3F" w:rsidRDefault="007C7A3F" w:rsidP="007C7A3F"/>
        </w:tc>
      </w:tr>
    </w:tbl>
    <w:p w:rsidR="007C7A3F" w:rsidRDefault="007C7A3F" w:rsidP="007C7A3F">
      <w:pPr>
        <w:autoSpaceDE w:val="0"/>
        <w:autoSpaceDN w:val="0"/>
        <w:spacing w:after="0" w:line="14" w:lineRule="exact"/>
      </w:pPr>
    </w:p>
    <w:p w:rsidR="007C7A3F" w:rsidRDefault="007C7A3F">
      <w:pPr>
        <w:autoSpaceDE w:val="0"/>
        <w:autoSpaceDN w:val="0"/>
        <w:spacing w:before="220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224D6" w:rsidRDefault="00BF1A17">
      <w:pPr>
        <w:autoSpaceDE w:val="0"/>
        <w:autoSpaceDN w:val="0"/>
        <w:spacing w:before="220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4 КЛАСС</w:t>
      </w:r>
    </w:p>
    <w:p w:rsidR="00B224D6" w:rsidRDefault="00B224D6">
      <w:pPr>
        <w:rPr>
          <w:lang w:val="ru-RU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"/>
        <w:gridCol w:w="3903"/>
        <w:gridCol w:w="710"/>
        <w:gridCol w:w="1572"/>
        <w:gridCol w:w="1619"/>
        <w:gridCol w:w="1200"/>
        <w:gridCol w:w="1153"/>
      </w:tblGrid>
      <w:tr w:rsidR="007C64D2" w:rsidTr="007C7A3F">
        <w:trPr>
          <w:trHeight w:val="462"/>
        </w:trPr>
        <w:tc>
          <w:tcPr>
            <w:tcW w:w="489" w:type="dxa"/>
            <w:vMerge w:val="restart"/>
          </w:tcPr>
          <w:p w:rsidR="007C64D2" w:rsidRDefault="007C64D2" w:rsidP="007C7A3F">
            <w:pPr>
              <w:pStyle w:val="TableParagraph"/>
              <w:spacing w:before="86" w:line="295" w:lineRule="auto"/>
              <w:ind w:right="63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 xml:space="preserve">№ </w:t>
            </w:r>
            <w:r>
              <w:rPr>
                <w:b/>
                <w:spacing w:val="-4"/>
                <w:sz w:val="23"/>
              </w:rPr>
              <w:t>п/п</w:t>
            </w:r>
          </w:p>
        </w:tc>
        <w:tc>
          <w:tcPr>
            <w:tcW w:w="3903" w:type="dxa"/>
            <w:vMerge w:val="restart"/>
          </w:tcPr>
          <w:p w:rsidR="007C64D2" w:rsidRDefault="007C64D2" w:rsidP="007C7A3F">
            <w:pPr>
              <w:pStyle w:val="TableParagraph"/>
              <w:spacing w:before="86"/>
              <w:rPr>
                <w:b/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урока</w:t>
            </w:r>
          </w:p>
        </w:tc>
        <w:tc>
          <w:tcPr>
            <w:tcW w:w="3901" w:type="dxa"/>
            <w:gridSpan w:val="3"/>
          </w:tcPr>
          <w:p w:rsidR="007C64D2" w:rsidRDefault="007C64D2" w:rsidP="007C7A3F">
            <w:pPr>
              <w:pStyle w:val="TableParagraph"/>
              <w:spacing w:before="86"/>
              <w:rPr>
                <w:b/>
                <w:sz w:val="23"/>
              </w:rPr>
            </w:pPr>
            <w:r>
              <w:rPr>
                <w:b/>
                <w:sz w:val="23"/>
              </w:rPr>
              <w:t>Количество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часов</w:t>
            </w:r>
          </w:p>
        </w:tc>
        <w:tc>
          <w:tcPr>
            <w:tcW w:w="1200" w:type="dxa"/>
            <w:vMerge w:val="restart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 xml:space="preserve">Дата </w:t>
            </w:r>
            <w:r>
              <w:rPr>
                <w:b/>
                <w:spacing w:val="-2"/>
                <w:sz w:val="23"/>
              </w:rPr>
              <w:t>изучения</w:t>
            </w:r>
          </w:p>
        </w:tc>
        <w:tc>
          <w:tcPr>
            <w:tcW w:w="1153" w:type="dxa"/>
            <w:vMerge w:val="restart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Виды, формы контроля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  <w:vMerge/>
            <w:tcBorders>
              <w:top w:val="nil"/>
            </w:tcBorders>
          </w:tcPr>
          <w:p w:rsidR="007C64D2" w:rsidRDefault="007C64D2" w:rsidP="007C7A3F">
            <w:pPr>
              <w:rPr>
                <w:sz w:val="2"/>
                <w:szCs w:val="2"/>
              </w:rPr>
            </w:pPr>
          </w:p>
        </w:tc>
        <w:tc>
          <w:tcPr>
            <w:tcW w:w="3903" w:type="dxa"/>
            <w:vMerge/>
            <w:tcBorders>
              <w:top w:val="nil"/>
            </w:tcBorders>
          </w:tcPr>
          <w:p w:rsidR="007C64D2" w:rsidRDefault="007C64D2" w:rsidP="007C7A3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всего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5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контрольные работы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практические работы</w:t>
            </w:r>
          </w:p>
        </w:tc>
        <w:tc>
          <w:tcPr>
            <w:tcW w:w="1200" w:type="dxa"/>
            <w:vMerge/>
            <w:tcBorders>
              <w:top w:val="nil"/>
            </w:tcBorders>
          </w:tcPr>
          <w:p w:rsidR="007C64D2" w:rsidRDefault="007C64D2" w:rsidP="007C7A3F">
            <w:pPr>
              <w:rPr>
                <w:sz w:val="2"/>
                <w:szCs w:val="2"/>
              </w:rPr>
            </w:pPr>
          </w:p>
        </w:tc>
        <w:tc>
          <w:tcPr>
            <w:tcW w:w="1153" w:type="dxa"/>
            <w:vMerge/>
            <w:tcBorders>
              <w:top w:val="nil"/>
            </w:tcBorders>
          </w:tcPr>
          <w:p w:rsidR="007C64D2" w:rsidRDefault="007C64D2" w:rsidP="007C7A3F">
            <w:pPr>
              <w:rPr>
                <w:sz w:val="2"/>
                <w:szCs w:val="2"/>
              </w:rPr>
            </w:pP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1.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z w:val="23"/>
              </w:rPr>
              <w:t>Испокон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века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книга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растит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человека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08.09.2022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2.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right="550"/>
              <w:rPr>
                <w:sz w:val="23"/>
              </w:rPr>
            </w:pPr>
            <w:r>
              <w:rPr>
                <w:sz w:val="23"/>
              </w:rPr>
              <w:t>С. Т. Аксаков. «Детские годы Багрова-внука» (фрагмент главы</w:t>
            </w:r>
          </w:p>
          <w:p w:rsidR="007C64D2" w:rsidRDefault="007C64D2" w:rsidP="007C7A3F">
            <w:pPr>
              <w:pStyle w:val="TableParagraph"/>
              <w:spacing w:before="2"/>
              <w:rPr>
                <w:sz w:val="23"/>
              </w:rPr>
            </w:pPr>
            <w:r>
              <w:rPr>
                <w:sz w:val="23"/>
              </w:rPr>
              <w:t>«Последовательные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воспоминания»)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15.09.2022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3.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right="550"/>
              <w:rPr>
                <w:sz w:val="23"/>
              </w:rPr>
            </w:pPr>
            <w:r>
              <w:rPr>
                <w:sz w:val="23"/>
              </w:rPr>
              <w:t>С. Т. Аксаков. «Детские годы Багрова-внука» (фрагмент главы</w:t>
            </w:r>
          </w:p>
          <w:p w:rsidR="007C64D2" w:rsidRDefault="007C64D2" w:rsidP="007C7A3F">
            <w:pPr>
              <w:pStyle w:val="TableParagraph"/>
              <w:spacing w:before="2"/>
              <w:rPr>
                <w:sz w:val="23"/>
              </w:rPr>
            </w:pPr>
            <w:r>
              <w:rPr>
                <w:sz w:val="23"/>
              </w:rPr>
              <w:t>«Последовательные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воспоминания»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22.09.2022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4.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132" w:right="550" w:hanging="59"/>
              <w:rPr>
                <w:sz w:val="23"/>
              </w:rPr>
            </w:pPr>
            <w:r>
              <w:rPr>
                <w:sz w:val="23"/>
              </w:rPr>
              <w:t>Д. Н.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Мамин-Сибиряк.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«Из далёкого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прошлого» (</w:t>
            </w:r>
            <w:proofErr w:type="spellStart"/>
            <w:r>
              <w:rPr>
                <w:sz w:val="23"/>
              </w:rPr>
              <w:t>глава«Книжка</w:t>
            </w:r>
            <w:proofErr w:type="spellEnd"/>
            <w:r>
              <w:rPr>
                <w:sz w:val="23"/>
              </w:rPr>
              <w:t xml:space="preserve"> с картинками»).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29.09.2022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5.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rPr>
                <w:sz w:val="23"/>
              </w:rPr>
            </w:pPr>
            <w:r>
              <w:rPr>
                <w:sz w:val="23"/>
              </w:rPr>
              <w:t xml:space="preserve">С. Т. Григорьев. «Детство Суворова» </w:t>
            </w:r>
            <w:r>
              <w:rPr>
                <w:spacing w:val="-2"/>
                <w:sz w:val="23"/>
              </w:rPr>
              <w:t>(фрагмент)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06.10.2022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6.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tabs>
                <w:tab w:val="left" w:pos="1444"/>
              </w:tabs>
              <w:spacing w:before="86" w:line="295" w:lineRule="auto"/>
              <w:ind w:right="889"/>
              <w:rPr>
                <w:sz w:val="23"/>
              </w:rPr>
            </w:pPr>
            <w:r>
              <w:rPr>
                <w:sz w:val="23"/>
              </w:rPr>
              <w:t>Скромность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красит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 xml:space="preserve">человека. </w:t>
            </w:r>
            <w:r>
              <w:rPr>
                <w:spacing w:val="-2"/>
                <w:sz w:val="23"/>
              </w:rPr>
              <w:t>Пословицы</w:t>
            </w:r>
            <w:r>
              <w:rPr>
                <w:sz w:val="23"/>
              </w:rPr>
              <w:tab/>
              <w:t>о скромности.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13.10.2022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7.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z w:val="23"/>
              </w:rPr>
              <w:t>Е.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Клюев.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«Шагом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марш».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20.10.2022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8.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right="550"/>
              <w:rPr>
                <w:sz w:val="23"/>
              </w:rPr>
            </w:pPr>
            <w:r>
              <w:rPr>
                <w:sz w:val="23"/>
              </w:rPr>
              <w:t>И.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П.</w:t>
            </w:r>
            <w:r>
              <w:rPr>
                <w:spacing w:val="-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Токмакова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«Разговор татарника и спорыша»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27.10.2022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9.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z w:val="23"/>
              </w:rPr>
              <w:t>Любовь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побеждает.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П.</w:t>
            </w:r>
          </w:p>
          <w:p w:rsidR="007C64D2" w:rsidRDefault="007C64D2" w:rsidP="007C7A3F">
            <w:pPr>
              <w:pStyle w:val="TableParagraph"/>
              <w:spacing w:before="62"/>
              <w:rPr>
                <w:sz w:val="23"/>
              </w:rPr>
            </w:pPr>
            <w:r>
              <w:rPr>
                <w:sz w:val="23"/>
              </w:rPr>
              <w:t>Екимов.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«Ночь</w:t>
            </w:r>
          </w:p>
          <w:p w:rsidR="007C64D2" w:rsidRDefault="007C64D2" w:rsidP="007C7A3F">
            <w:pPr>
              <w:pStyle w:val="TableParagraph"/>
              <w:spacing w:before="62"/>
              <w:rPr>
                <w:sz w:val="23"/>
              </w:rPr>
            </w:pPr>
            <w:proofErr w:type="spellStart"/>
            <w:r>
              <w:rPr>
                <w:sz w:val="23"/>
              </w:rPr>
              <w:t>исцеления</w:t>
            </w:r>
            <w:proofErr w:type="gramStart"/>
            <w:r>
              <w:rPr>
                <w:sz w:val="23"/>
              </w:rPr>
              <w:t>».И</w:t>
            </w:r>
            <w:proofErr w:type="spellEnd"/>
            <w:r>
              <w:rPr>
                <w:sz w:val="23"/>
              </w:rPr>
              <w:t>.</w:t>
            </w:r>
            <w:proofErr w:type="gram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Тургенев.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«Голуби»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10.11.2022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lastRenderedPageBreak/>
              <w:t>10.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right="550"/>
              <w:rPr>
                <w:sz w:val="23"/>
              </w:rPr>
            </w:pPr>
            <w:r>
              <w:rPr>
                <w:sz w:val="23"/>
              </w:rPr>
              <w:t>Такое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разное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детство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Е.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 xml:space="preserve">Н. </w:t>
            </w:r>
            <w:proofErr w:type="spellStart"/>
            <w:r>
              <w:rPr>
                <w:sz w:val="23"/>
              </w:rPr>
              <w:t>Верейская</w:t>
            </w:r>
            <w:proofErr w:type="spellEnd"/>
            <w:r>
              <w:rPr>
                <w:sz w:val="23"/>
              </w:rPr>
              <w:t xml:space="preserve">. «Три девочки» </w:t>
            </w:r>
            <w:r>
              <w:rPr>
                <w:spacing w:val="-2"/>
                <w:sz w:val="23"/>
              </w:rPr>
              <w:t>(фрагмент).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17.11.2022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11.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right="193"/>
              <w:rPr>
                <w:sz w:val="23"/>
              </w:rPr>
            </w:pPr>
            <w:r>
              <w:rPr>
                <w:sz w:val="23"/>
              </w:rPr>
              <w:t>М. В. Водопьянов. «Полярный лётчик» (глава «Маленький мир»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24.11.2022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12.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rPr>
                <w:sz w:val="23"/>
              </w:rPr>
            </w:pPr>
            <w:r>
              <w:rPr>
                <w:sz w:val="23"/>
              </w:rPr>
              <w:t xml:space="preserve">Е. Н. </w:t>
            </w:r>
            <w:proofErr w:type="spellStart"/>
            <w:r>
              <w:rPr>
                <w:sz w:val="23"/>
              </w:rPr>
              <w:t>Верейская</w:t>
            </w:r>
            <w:proofErr w:type="spellEnd"/>
            <w:r>
              <w:rPr>
                <w:sz w:val="23"/>
              </w:rPr>
              <w:t>. «Наташа пишет ночью письмо и затем его сжигает»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01.12.2022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13.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right="87"/>
              <w:rPr>
                <w:sz w:val="23"/>
              </w:rPr>
            </w:pPr>
            <w:r>
              <w:rPr>
                <w:sz w:val="23"/>
              </w:rPr>
              <w:t xml:space="preserve">О. В. </w:t>
            </w:r>
            <w:proofErr w:type="spellStart"/>
            <w:r>
              <w:rPr>
                <w:sz w:val="23"/>
              </w:rPr>
              <w:t>Колпакова</w:t>
            </w:r>
            <w:proofErr w:type="spellEnd"/>
            <w:r>
              <w:rPr>
                <w:sz w:val="23"/>
              </w:rPr>
              <w:t>. «Большое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сочинение про бабушку» (</w:t>
            </w:r>
            <w:proofErr w:type="spellStart"/>
            <w:r>
              <w:rPr>
                <w:sz w:val="23"/>
              </w:rPr>
              <w:t>главы«Про</w:t>
            </w:r>
            <w:proofErr w:type="spellEnd"/>
            <w:r>
              <w:rPr>
                <w:sz w:val="23"/>
              </w:rPr>
              <w:t xml:space="preserve"> печку», «Про чистоту»).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08.12.2022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1313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spacing w:val="-5"/>
                <w:sz w:val="23"/>
              </w:rPr>
              <w:t>14.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right="87"/>
              <w:rPr>
                <w:sz w:val="23"/>
              </w:rPr>
            </w:pPr>
            <w:r>
              <w:rPr>
                <w:sz w:val="23"/>
              </w:rPr>
              <w:t xml:space="preserve">О. В. </w:t>
            </w:r>
            <w:proofErr w:type="spellStart"/>
            <w:r>
              <w:rPr>
                <w:sz w:val="23"/>
              </w:rPr>
              <w:t>Колпакова</w:t>
            </w:r>
            <w:proofErr w:type="spellEnd"/>
            <w:r>
              <w:rPr>
                <w:sz w:val="23"/>
              </w:rPr>
              <w:t>. «Большое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сочинение про бабушку» (</w:t>
            </w:r>
            <w:proofErr w:type="spellStart"/>
            <w:r>
              <w:rPr>
                <w:sz w:val="23"/>
              </w:rPr>
              <w:t>главы«Про</w:t>
            </w:r>
            <w:proofErr w:type="spellEnd"/>
            <w:r>
              <w:rPr>
                <w:sz w:val="23"/>
              </w:rPr>
              <w:t xml:space="preserve"> печку», «Про чистоту»).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spacing w:before="86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spacing w:before="86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spacing w:before="86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86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15.12.2022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86"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</w:tbl>
    <w:p w:rsidR="007C64D2" w:rsidRDefault="007C64D2" w:rsidP="007C64D2">
      <w:pPr>
        <w:spacing w:line="295" w:lineRule="auto"/>
        <w:rPr>
          <w:sz w:val="23"/>
        </w:rPr>
        <w:sectPr w:rsidR="007C64D2">
          <w:pgSz w:w="11900" w:h="16840"/>
          <w:pgMar w:top="52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"/>
        <w:gridCol w:w="3903"/>
        <w:gridCol w:w="710"/>
        <w:gridCol w:w="1572"/>
        <w:gridCol w:w="1619"/>
        <w:gridCol w:w="1200"/>
        <w:gridCol w:w="1153"/>
      </w:tblGrid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lastRenderedPageBreak/>
              <w:t>15.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ind w:right="550"/>
              <w:rPr>
                <w:sz w:val="23"/>
              </w:rPr>
            </w:pPr>
            <w:r>
              <w:rPr>
                <w:sz w:val="23"/>
              </w:rPr>
              <w:t>К. В. Лукашевич. «Моё милое детство» (фрагмент).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22.12.2022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16.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rPr>
                <w:sz w:val="23"/>
              </w:rPr>
            </w:pPr>
            <w:r>
              <w:rPr>
                <w:sz w:val="23"/>
              </w:rPr>
              <w:t>Придуманные миры и страны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Т. В. Михеева.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«Асино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лето»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(фрагмент).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12.01.2023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17.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ind w:right="889"/>
              <w:rPr>
                <w:sz w:val="23"/>
              </w:rPr>
            </w:pPr>
            <w:r>
              <w:rPr>
                <w:sz w:val="23"/>
              </w:rPr>
              <w:t>Т.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Михеева.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«Асино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 xml:space="preserve">лето» </w:t>
            </w:r>
            <w:r>
              <w:rPr>
                <w:spacing w:val="-2"/>
                <w:sz w:val="23"/>
              </w:rPr>
              <w:t>(фрагмент).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19.01.2023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line="295" w:lineRule="auto"/>
              <w:ind w:left="77"/>
              <w:rPr>
                <w:sz w:val="23"/>
              </w:rPr>
            </w:pPr>
            <w:r>
              <w:rPr>
                <w:spacing w:val="-2"/>
                <w:sz w:val="23"/>
              </w:rPr>
              <w:t>Устный опрос;</w:t>
            </w: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18.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ind w:right="550"/>
              <w:rPr>
                <w:sz w:val="23"/>
              </w:rPr>
            </w:pPr>
            <w:r>
              <w:rPr>
                <w:sz w:val="23"/>
              </w:rPr>
              <w:t>В. П. Крапивин. «Голубятня на жёлтой поляне» (фрагменты).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26.01.2023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19.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ind w:right="550"/>
              <w:rPr>
                <w:sz w:val="23"/>
              </w:rPr>
            </w:pPr>
            <w:r>
              <w:rPr>
                <w:sz w:val="23"/>
              </w:rPr>
              <w:t>В. П. Крапивин. «Голубятня на жёлтой поляне» (фрагменты).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02.02.2023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20.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tabs>
                <w:tab w:val="left" w:pos="3380"/>
              </w:tabs>
              <w:spacing w:line="295" w:lineRule="auto"/>
              <w:ind w:right="193"/>
              <w:rPr>
                <w:sz w:val="23"/>
              </w:rPr>
            </w:pPr>
            <w:r>
              <w:rPr>
                <w:sz w:val="23"/>
              </w:rPr>
              <w:t>Люди земли Русской</w:t>
            </w:r>
            <w:r>
              <w:rPr>
                <w:sz w:val="23"/>
              </w:rPr>
              <w:tab/>
            </w:r>
            <w:r>
              <w:rPr>
                <w:spacing w:val="-6"/>
                <w:sz w:val="23"/>
              </w:rPr>
              <w:t xml:space="preserve">Е. </w:t>
            </w:r>
            <w:r>
              <w:rPr>
                <w:sz w:val="23"/>
              </w:rPr>
              <w:t>В. Мурашова. «Афанасий Никитин» (глава «</w:t>
            </w:r>
            <w:proofErr w:type="spellStart"/>
            <w:r>
              <w:rPr>
                <w:sz w:val="23"/>
              </w:rPr>
              <w:t>Каффа</w:t>
            </w:r>
            <w:proofErr w:type="spellEnd"/>
            <w:r>
              <w:rPr>
                <w:sz w:val="23"/>
              </w:rPr>
              <w:t>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09.02.2023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21.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ind w:right="193"/>
              <w:rPr>
                <w:sz w:val="23"/>
              </w:rPr>
            </w:pPr>
            <w:r>
              <w:rPr>
                <w:sz w:val="23"/>
              </w:rPr>
              <w:t>Ю. М. Нагибин. «Маленькие рассказы о большой судьбе» (глава</w:t>
            </w:r>
          </w:p>
          <w:p w:rsidR="007C64D2" w:rsidRDefault="007C64D2" w:rsidP="007C7A3F">
            <w:pPr>
              <w:pStyle w:val="TableParagraph"/>
              <w:spacing w:before="2"/>
              <w:rPr>
                <w:sz w:val="23"/>
              </w:rPr>
            </w:pPr>
            <w:r>
              <w:rPr>
                <w:sz w:val="23"/>
              </w:rPr>
              <w:t>«В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школу»)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16.02.2023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22.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rPr>
                <w:sz w:val="23"/>
              </w:rPr>
            </w:pPr>
            <w:r>
              <w:rPr>
                <w:sz w:val="23"/>
              </w:rPr>
              <w:t xml:space="preserve">В.А. Гагарин «Мой брат </w:t>
            </w:r>
            <w:proofErr w:type="spellStart"/>
            <w:r>
              <w:rPr>
                <w:sz w:val="23"/>
              </w:rPr>
              <w:t>Юрий»Ю.А</w:t>
            </w:r>
            <w:proofErr w:type="spellEnd"/>
            <w:r>
              <w:rPr>
                <w:sz w:val="23"/>
              </w:rPr>
              <w:t>. Гагарин «Сто восемь минут»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02.03.2023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23.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Люди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земли</w:t>
            </w:r>
            <w:r>
              <w:rPr>
                <w:spacing w:val="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русской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.</w:t>
            </w:r>
            <w:proofErr w:type="gram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К.И.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Кунин</w:t>
            </w:r>
            <w:proofErr w:type="spellEnd"/>
          </w:p>
          <w:p w:rsidR="007C64D2" w:rsidRDefault="007C64D2" w:rsidP="007C7A3F">
            <w:pPr>
              <w:pStyle w:val="TableParagraph"/>
              <w:spacing w:before="62" w:line="295" w:lineRule="auto"/>
              <w:ind w:right="550"/>
              <w:rPr>
                <w:sz w:val="23"/>
              </w:rPr>
            </w:pPr>
            <w:r>
              <w:rPr>
                <w:sz w:val="23"/>
              </w:rPr>
              <w:t>«За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три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моря.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Путешествие Афанасия Никитина»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09.03.2023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24.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rPr>
                <w:sz w:val="23"/>
              </w:rPr>
            </w:pPr>
            <w:r>
              <w:rPr>
                <w:sz w:val="23"/>
              </w:rPr>
              <w:t xml:space="preserve">Широка страна моя родная. А. С. Зеленин. «Мамкин Василёк» </w:t>
            </w:r>
            <w:r>
              <w:rPr>
                <w:spacing w:val="-2"/>
                <w:sz w:val="23"/>
              </w:rPr>
              <w:t>(фрагмент).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16.03.2023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25.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rPr>
                <w:sz w:val="23"/>
              </w:rPr>
            </w:pPr>
            <w:r>
              <w:rPr>
                <w:sz w:val="23"/>
              </w:rPr>
              <w:t xml:space="preserve">А. С. Зеленин. «Мамкин Василёк» </w:t>
            </w:r>
            <w:r>
              <w:rPr>
                <w:spacing w:val="-2"/>
                <w:sz w:val="23"/>
              </w:rPr>
              <w:t>(фрагмент).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23.03.2023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462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26.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А.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Д.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Дорофеев.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«Веретено».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06.04.2023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lastRenderedPageBreak/>
              <w:t>27.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rPr>
                <w:sz w:val="23"/>
              </w:rPr>
            </w:pPr>
            <w:r>
              <w:rPr>
                <w:sz w:val="23"/>
              </w:rPr>
              <w:t>В. Г. Распутин. «Саяны». Сказ о валдайских колокольчиках.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13.04.2023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28.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ind w:right="77"/>
              <w:rPr>
                <w:sz w:val="23"/>
              </w:rPr>
            </w:pPr>
            <w:r>
              <w:rPr>
                <w:sz w:val="23"/>
              </w:rPr>
              <w:t xml:space="preserve">Г.Я. Снегирёв «Карликовая берёзка» М.Я. </w:t>
            </w:r>
            <w:proofErr w:type="spellStart"/>
            <w:r>
              <w:rPr>
                <w:sz w:val="23"/>
              </w:rPr>
              <w:t>Бородицкая</w:t>
            </w:r>
            <w:proofErr w:type="spellEnd"/>
            <w:r>
              <w:rPr>
                <w:sz w:val="23"/>
              </w:rPr>
              <w:t xml:space="preserve"> «В гостях у </w:t>
            </w:r>
            <w:r>
              <w:rPr>
                <w:spacing w:val="-2"/>
                <w:sz w:val="23"/>
              </w:rPr>
              <w:t>лесника»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20.04.2023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789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29.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rPr>
                <w:sz w:val="23"/>
              </w:rPr>
            </w:pPr>
            <w:r>
              <w:rPr>
                <w:sz w:val="23"/>
              </w:rPr>
              <w:t>Русские народные загадки о ветре, морозе, грозе.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27.04.2023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30.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ind w:right="528"/>
              <w:rPr>
                <w:sz w:val="23"/>
              </w:rPr>
            </w:pPr>
            <w:r>
              <w:rPr>
                <w:sz w:val="23"/>
              </w:rPr>
              <w:t xml:space="preserve">А. Н. </w:t>
            </w:r>
            <w:proofErr w:type="spellStart"/>
            <w:r>
              <w:rPr>
                <w:sz w:val="23"/>
              </w:rPr>
              <w:t>Апухтин</w:t>
            </w:r>
            <w:proofErr w:type="spellEnd"/>
            <w:r>
              <w:rPr>
                <w:sz w:val="23"/>
              </w:rPr>
              <w:t>. «Зимой». В. Д. Берестов. «Мороз». А. Н. Майков. «Гроза».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04.05.2023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1115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31.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spacing w:line="295" w:lineRule="auto"/>
              <w:ind w:right="528"/>
              <w:rPr>
                <w:sz w:val="23"/>
              </w:rPr>
            </w:pPr>
            <w:r>
              <w:rPr>
                <w:sz w:val="23"/>
              </w:rPr>
              <w:t xml:space="preserve">А. Н. </w:t>
            </w:r>
            <w:proofErr w:type="spellStart"/>
            <w:r>
              <w:rPr>
                <w:sz w:val="23"/>
              </w:rPr>
              <w:t>Апухтин</w:t>
            </w:r>
            <w:proofErr w:type="spellEnd"/>
            <w:r>
              <w:rPr>
                <w:sz w:val="23"/>
              </w:rPr>
              <w:t>. «Зимой». В. Д. Берестов. «Мороз». А. Н. Майков. «Гроза».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</w:tbl>
    <w:p w:rsidR="007C64D2" w:rsidRDefault="007C64D2" w:rsidP="007C64D2">
      <w:pPr>
        <w:sectPr w:rsidR="007C64D2">
          <w:type w:val="continuous"/>
          <w:pgSz w:w="11900" w:h="16840"/>
          <w:pgMar w:top="58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"/>
        <w:gridCol w:w="3903"/>
        <w:gridCol w:w="710"/>
        <w:gridCol w:w="1572"/>
        <w:gridCol w:w="1619"/>
        <w:gridCol w:w="1200"/>
        <w:gridCol w:w="1153"/>
      </w:tblGrid>
      <w:tr w:rsidR="007C64D2" w:rsidTr="007C7A3F">
        <w:trPr>
          <w:trHeight w:val="462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lastRenderedPageBreak/>
              <w:t>32.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Н.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М.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Рубцов.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«Во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время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грозы».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11.05.2023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462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33.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Д.Б.</w:t>
            </w:r>
            <w:r>
              <w:rPr>
                <w:spacing w:val="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Кедрин</w:t>
            </w:r>
            <w:proofErr w:type="spell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«Мороз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стёклах»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18.05.2023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462"/>
        </w:trPr>
        <w:tc>
          <w:tcPr>
            <w:tcW w:w="489" w:type="dxa"/>
          </w:tcPr>
          <w:p w:rsidR="007C64D2" w:rsidRDefault="007C64D2" w:rsidP="007C7A3F">
            <w:pPr>
              <w:pStyle w:val="TableParagraph"/>
              <w:ind w:left="64" w:right="96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34.</w:t>
            </w:r>
          </w:p>
        </w:tc>
        <w:tc>
          <w:tcPr>
            <w:tcW w:w="3903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В.А.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Солоухин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«Ветер»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w w:val="101"/>
                <w:sz w:val="23"/>
              </w:rPr>
              <w:t>1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200" w:type="dxa"/>
          </w:tcPr>
          <w:p w:rsidR="007C64D2" w:rsidRDefault="007C64D2" w:rsidP="007C7A3F">
            <w:pPr>
              <w:pStyle w:val="TableParagraph"/>
              <w:ind w:right="5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25.05.2023</w:t>
            </w:r>
          </w:p>
        </w:tc>
        <w:tc>
          <w:tcPr>
            <w:tcW w:w="1153" w:type="dxa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  <w:tr w:rsidR="007C64D2" w:rsidTr="007C7A3F">
        <w:trPr>
          <w:trHeight w:val="789"/>
        </w:trPr>
        <w:tc>
          <w:tcPr>
            <w:tcW w:w="4392" w:type="dxa"/>
            <w:gridSpan w:val="2"/>
          </w:tcPr>
          <w:p w:rsidR="007C64D2" w:rsidRDefault="007C64D2" w:rsidP="007C7A3F">
            <w:pPr>
              <w:pStyle w:val="TableParagraph"/>
              <w:spacing w:line="295" w:lineRule="auto"/>
              <w:rPr>
                <w:sz w:val="23"/>
              </w:rPr>
            </w:pPr>
            <w:r>
              <w:rPr>
                <w:sz w:val="23"/>
              </w:rPr>
              <w:t xml:space="preserve">ОБЩЕЕ КОЛИЧЕСТВО ЧАСОВ ПО </w:t>
            </w:r>
            <w:r>
              <w:rPr>
                <w:spacing w:val="-2"/>
                <w:sz w:val="23"/>
              </w:rPr>
              <w:t>ПРОГРАММЕ</w:t>
            </w:r>
          </w:p>
        </w:tc>
        <w:tc>
          <w:tcPr>
            <w:tcW w:w="710" w:type="dxa"/>
          </w:tcPr>
          <w:p w:rsidR="007C64D2" w:rsidRDefault="007C64D2" w:rsidP="007C7A3F">
            <w:pPr>
              <w:pStyle w:val="TableParagraph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572" w:type="dxa"/>
          </w:tcPr>
          <w:p w:rsidR="007C64D2" w:rsidRDefault="007C64D2" w:rsidP="007C7A3F">
            <w:pPr>
              <w:pStyle w:val="TableParagraph"/>
              <w:ind w:left="75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1619" w:type="dxa"/>
          </w:tcPr>
          <w:p w:rsidR="007C64D2" w:rsidRDefault="007C64D2" w:rsidP="007C7A3F">
            <w:pPr>
              <w:pStyle w:val="TableParagraph"/>
              <w:ind w:left="76"/>
              <w:rPr>
                <w:sz w:val="23"/>
              </w:rPr>
            </w:pPr>
            <w:r>
              <w:rPr>
                <w:w w:val="101"/>
                <w:sz w:val="23"/>
              </w:rPr>
              <w:t>0</w:t>
            </w:r>
          </w:p>
        </w:tc>
        <w:tc>
          <w:tcPr>
            <w:tcW w:w="2353" w:type="dxa"/>
            <w:gridSpan w:val="2"/>
          </w:tcPr>
          <w:p w:rsidR="007C64D2" w:rsidRDefault="007C64D2" w:rsidP="007C7A3F">
            <w:pPr>
              <w:pStyle w:val="TableParagraph"/>
              <w:spacing w:before="0"/>
              <w:ind w:left="0"/>
            </w:pPr>
          </w:p>
        </w:tc>
      </w:tr>
    </w:tbl>
    <w:p w:rsidR="007C64D2" w:rsidRDefault="007C64D2" w:rsidP="007C64D2">
      <w:pPr>
        <w:sectPr w:rsidR="007C64D2">
          <w:type w:val="continuous"/>
          <w:pgSz w:w="11900" w:h="16840"/>
          <w:pgMar w:top="580" w:right="460" w:bottom="280" w:left="560" w:header="720" w:footer="720" w:gutter="0"/>
          <w:cols w:space="720"/>
        </w:sectPr>
      </w:pPr>
    </w:p>
    <w:p w:rsidR="007C64D2" w:rsidRPr="007C64D2" w:rsidRDefault="007C64D2">
      <w:pPr>
        <w:rPr>
          <w:lang w:val="ru-RU"/>
        </w:rPr>
        <w:sectPr w:rsidR="007C64D2" w:rsidRPr="007C64D2">
          <w:pgSz w:w="11900" w:h="16840"/>
          <w:pgMar w:top="284" w:right="650" w:bottom="32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24D6" w:rsidRDefault="00B224D6">
      <w:pPr>
        <w:sectPr w:rsidR="00B224D6">
          <w:pgSz w:w="11900" w:h="16840"/>
          <w:pgMar w:top="1440" w:right="1440" w:bottom="1440" w:left="1440" w:header="720" w:footer="720" w:gutter="0"/>
          <w:cols w:space="720" w:equalWidth="0">
            <w:col w:w="10584" w:space="0"/>
          </w:cols>
          <w:docGrid w:linePitch="360"/>
        </w:sectPr>
      </w:pPr>
    </w:p>
    <w:p w:rsidR="00B224D6" w:rsidRDefault="00B224D6">
      <w:pPr>
        <w:autoSpaceDE w:val="0"/>
        <w:autoSpaceDN w:val="0"/>
        <w:spacing w:after="78" w:line="220" w:lineRule="exact"/>
      </w:pPr>
    </w:p>
    <w:p w:rsidR="00B224D6" w:rsidRDefault="00BF1A17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B224D6" w:rsidRPr="007C64D2" w:rsidRDefault="00BF1A17">
      <w:pPr>
        <w:autoSpaceDE w:val="0"/>
        <w:autoSpaceDN w:val="0"/>
        <w:spacing w:before="346" w:after="0" w:line="379" w:lineRule="auto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ОБЯЗАТЕЛЬНЫЕ УЧЕБНЫЕ МАТЕРИАЛЫ ДЛЯ УЧЕНИКА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Введите свой вариант: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Литературное чтение на родном (русском) языке (в 2 частях), 2 класс/Кутейникова Н.Е.,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Синёва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О.В.; под редакцией Богданова С.И., ООО «Русское слово-учебник»;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Введите свой вариант: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Литературное чтение на родном (русском) языке (в 2 частях), 3 класс/Кутейникова Н.Е.,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Синёва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О.В.,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Дудова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Л.В.; под редакцией Богданова С.И., ООО «Русское слово-учебник»;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Введите свой вариант: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Литературное чтение на родном (русском) языке (в 2 частях), 4 класс/Кутейникова Н.Е.,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Синёва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О.В.,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Дудова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Л.В.; под редакцией Богданова С.И., ООО «Русское слово-учебник»;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Введите свой вариант: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МЕТОДИЧЕСКИЕ МАТЕРИАЛЫ ДЛЯ УЧИТЕЛЯ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Поурочные разработки по русскому родному языку. 3 класс.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Т.Н.Ситникова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. Изд-во : Москва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Вако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Поурочные разработки по русскому родному языку. 3 класс.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Т.Н.Ситникова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. Изд-во : Москва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Вако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Поурочные разработки по русскому родному языку. 4 класс.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Т.Н.Ситникова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. Изд-</w:t>
      </w:r>
      <w:proofErr w:type="gram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во :</w:t>
      </w:r>
      <w:proofErr w:type="gram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Москва </w:t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Вако</w:t>
      </w:r>
      <w:proofErr w:type="spellEnd"/>
    </w:p>
    <w:p w:rsidR="00B224D6" w:rsidRPr="007C64D2" w:rsidRDefault="00BF1A17">
      <w:pPr>
        <w:autoSpaceDE w:val="0"/>
        <w:autoSpaceDN w:val="0"/>
        <w:spacing w:before="384" w:after="0" w:line="398" w:lineRule="auto"/>
        <w:ind w:right="1440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ЦИФРОВЫЕ ОБРАЗОВАТЕЛЬНЫЕ РЕСУРСЫ И РЕСУРСЫ СЕТИ ИНТЕРНЕТ 1 КЛАСС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 КЛАСС </w:t>
      </w:r>
      <w:r w:rsidRPr="007C64D2">
        <w:rPr>
          <w:lang w:val="ru-RU"/>
        </w:rPr>
        <w:br/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Инфоурок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 КЛАСС </w:t>
      </w:r>
      <w:r w:rsidRPr="007C64D2">
        <w:rPr>
          <w:lang w:val="ru-RU"/>
        </w:rPr>
        <w:br/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инфоурок</w:t>
      </w:r>
      <w:proofErr w:type="spellEnd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7C64D2">
        <w:rPr>
          <w:lang w:val="ru-RU"/>
        </w:rPr>
        <w:br/>
      </w: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 КЛАСС </w:t>
      </w:r>
      <w:r w:rsidRPr="007C64D2">
        <w:rPr>
          <w:lang w:val="ru-RU"/>
        </w:rPr>
        <w:br/>
      </w:r>
      <w:proofErr w:type="spellStart"/>
      <w:r w:rsidRPr="007C64D2">
        <w:rPr>
          <w:rFonts w:ascii="Times New Roman" w:eastAsia="Times New Roman" w:hAnsi="Times New Roman"/>
          <w:color w:val="000000"/>
          <w:sz w:val="24"/>
          <w:lang w:val="ru-RU"/>
        </w:rPr>
        <w:t>инфоурок</w:t>
      </w:r>
      <w:proofErr w:type="spellEnd"/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650" w:bottom="75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24D6" w:rsidRPr="007C64D2" w:rsidRDefault="00B224D6">
      <w:pPr>
        <w:autoSpaceDE w:val="0"/>
        <w:autoSpaceDN w:val="0"/>
        <w:spacing w:after="78" w:line="220" w:lineRule="exact"/>
        <w:rPr>
          <w:lang w:val="ru-RU"/>
        </w:rPr>
      </w:pPr>
    </w:p>
    <w:p w:rsidR="00B224D6" w:rsidRPr="007C64D2" w:rsidRDefault="00BF1A17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7C64D2">
        <w:rPr>
          <w:lang w:val="ru-RU"/>
        </w:rPr>
        <w:br/>
      </w:r>
      <w:proofErr w:type="spellStart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</w:t>
      </w:r>
      <w:proofErr w:type="spellEnd"/>
      <w:r w:rsidRPr="007C64D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ДЛЯ ПРОВЕДЕНИЯ ПРАКТИЧЕСКИХ РАБОТ</w:t>
      </w:r>
    </w:p>
    <w:p w:rsidR="00B224D6" w:rsidRPr="007C64D2" w:rsidRDefault="00B224D6">
      <w:pPr>
        <w:rPr>
          <w:lang w:val="ru-RU"/>
        </w:rPr>
        <w:sectPr w:rsidR="00B224D6" w:rsidRPr="007C64D2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1A17" w:rsidRPr="007C64D2" w:rsidRDefault="00BF1A17">
      <w:pPr>
        <w:rPr>
          <w:lang w:val="ru-RU"/>
        </w:rPr>
      </w:pPr>
    </w:p>
    <w:sectPr w:rsidR="00BF1A17" w:rsidRPr="007C64D2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42B72F8"/>
    <w:multiLevelType w:val="hybridMultilevel"/>
    <w:tmpl w:val="CE2058B4"/>
    <w:lvl w:ilvl="0" w:tplc="84A075A0">
      <w:numFmt w:val="bullet"/>
      <w:lvlText w:val="•"/>
      <w:lvlJc w:val="left"/>
      <w:pPr>
        <w:ind w:left="211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DC8BC6">
      <w:numFmt w:val="bullet"/>
      <w:lvlText w:val="•"/>
      <w:lvlJc w:val="left"/>
      <w:pPr>
        <w:ind w:left="3455" w:hanging="361"/>
      </w:pPr>
      <w:rPr>
        <w:lang w:val="ru-RU" w:eastAsia="en-US" w:bidi="ar-SA"/>
      </w:rPr>
    </w:lvl>
    <w:lvl w:ilvl="2" w:tplc="8C263466">
      <w:numFmt w:val="bullet"/>
      <w:lvlText w:val="•"/>
      <w:lvlJc w:val="left"/>
      <w:pPr>
        <w:ind w:left="4791" w:hanging="361"/>
      </w:pPr>
      <w:rPr>
        <w:lang w:val="ru-RU" w:eastAsia="en-US" w:bidi="ar-SA"/>
      </w:rPr>
    </w:lvl>
    <w:lvl w:ilvl="3" w:tplc="7B40CFE8">
      <w:numFmt w:val="bullet"/>
      <w:lvlText w:val="•"/>
      <w:lvlJc w:val="left"/>
      <w:pPr>
        <w:ind w:left="6127" w:hanging="361"/>
      </w:pPr>
      <w:rPr>
        <w:lang w:val="ru-RU" w:eastAsia="en-US" w:bidi="ar-SA"/>
      </w:rPr>
    </w:lvl>
    <w:lvl w:ilvl="4" w:tplc="A1802342">
      <w:numFmt w:val="bullet"/>
      <w:lvlText w:val="•"/>
      <w:lvlJc w:val="left"/>
      <w:pPr>
        <w:ind w:left="7463" w:hanging="361"/>
      </w:pPr>
      <w:rPr>
        <w:lang w:val="ru-RU" w:eastAsia="en-US" w:bidi="ar-SA"/>
      </w:rPr>
    </w:lvl>
    <w:lvl w:ilvl="5" w:tplc="DDEC37B0">
      <w:numFmt w:val="bullet"/>
      <w:lvlText w:val="•"/>
      <w:lvlJc w:val="left"/>
      <w:pPr>
        <w:ind w:left="8799" w:hanging="361"/>
      </w:pPr>
      <w:rPr>
        <w:lang w:val="ru-RU" w:eastAsia="en-US" w:bidi="ar-SA"/>
      </w:rPr>
    </w:lvl>
    <w:lvl w:ilvl="6" w:tplc="A6BACF1A">
      <w:numFmt w:val="bullet"/>
      <w:lvlText w:val="•"/>
      <w:lvlJc w:val="left"/>
      <w:pPr>
        <w:ind w:left="10135" w:hanging="361"/>
      </w:pPr>
      <w:rPr>
        <w:lang w:val="ru-RU" w:eastAsia="en-US" w:bidi="ar-SA"/>
      </w:rPr>
    </w:lvl>
    <w:lvl w:ilvl="7" w:tplc="8E76ABF2">
      <w:numFmt w:val="bullet"/>
      <w:lvlText w:val="•"/>
      <w:lvlJc w:val="left"/>
      <w:pPr>
        <w:ind w:left="11470" w:hanging="361"/>
      </w:pPr>
      <w:rPr>
        <w:lang w:val="ru-RU" w:eastAsia="en-US" w:bidi="ar-SA"/>
      </w:rPr>
    </w:lvl>
    <w:lvl w:ilvl="8" w:tplc="DD8CD498">
      <w:numFmt w:val="bullet"/>
      <w:lvlText w:val="•"/>
      <w:lvlJc w:val="left"/>
      <w:pPr>
        <w:ind w:left="12806" w:hanging="361"/>
      </w:pPr>
      <w:rPr>
        <w:lang w:val="ru-RU" w:eastAsia="en-US" w:bidi="ar-SA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91464"/>
    <w:rsid w:val="0029639D"/>
    <w:rsid w:val="002B2F9D"/>
    <w:rsid w:val="00301206"/>
    <w:rsid w:val="00326F90"/>
    <w:rsid w:val="00516B75"/>
    <w:rsid w:val="005E399B"/>
    <w:rsid w:val="0061193A"/>
    <w:rsid w:val="006C4994"/>
    <w:rsid w:val="00753EB7"/>
    <w:rsid w:val="007C64D2"/>
    <w:rsid w:val="007C7A3F"/>
    <w:rsid w:val="008033B6"/>
    <w:rsid w:val="008C4598"/>
    <w:rsid w:val="009115EF"/>
    <w:rsid w:val="00967FC7"/>
    <w:rsid w:val="009E0B8F"/>
    <w:rsid w:val="00AA1D8D"/>
    <w:rsid w:val="00AE79CD"/>
    <w:rsid w:val="00B028CB"/>
    <w:rsid w:val="00B224D6"/>
    <w:rsid w:val="00B47730"/>
    <w:rsid w:val="00BF1A17"/>
    <w:rsid w:val="00CB0664"/>
    <w:rsid w:val="00CC2F3C"/>
    <w:rsid w:val="00DF5707"/>
    <w:rsid w:val="00ED744E"/>
    <w:rsid w:val="00FB14DE"/>
    <w:rsid w:val="00FC693F"/>
    <w:rsid w:val="00FE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633DDD"/>
  <w14:defaultImageDpi w14:val="300"/>
  <w15:docId w15:val="{A7F9A273-BC01-4ED7-B504-B9304D985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1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leNormal">
    <w:name w:val="Table Normal"/>
    <w:uiPriority w:val="2"/>
    <w:semiHidden/>
    <w:unhideWhenUsed/>
    <w:qFormat/>
    <w:rsid w:val="007C64D2"/>
    <w:pPr>
      <w:widowControl w:val="0"/>
      <w:autoSpaceDE w:val="0"/>
      <w:autoSpaceDN w:val="0"/>
      <w:spacing w:after="0" w:line="240" w:lineRule="auto"/>
    </w:pPr>
    <w:rPr>
      <w:rFonts w:eastAsiaTheme="minorHAnsi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1"/>
    <w:uiPriority w:val="1"/>
    <w:qFormat/>
    <w:rsid w:val="007C64D2"/>
    <w:pPr>
      <w:widowControl w:val="0"/>
      <w:autoSpaceDE w:val="0"/>
      <w:autoSpaceDN w:val="0"/>
      <w:spacing w:before="76" w:after="0" w:line="240" w:lineRule="auto"/>
      <w:ind w:left="74"/>
    </w:pPr>
    <w:rPr>
      <w:rFonts w:ascii="Times New Roman" w:eastAsia="Times New Roman" w:hAnsi="Times New Roman" w:cs="Times New Roman"/>
      <w:lang w:val="ru-RU"/>
    </w:rPr>
  </w:style>
  <w:style w:type="table" w:customStyle="1" w:styleId="TableGrid">
    <w:name w:val="TableGrid"/>
    <w:rsid w:val="002B2F9D"/>
    <w:pPr>
      <w:spacing w:after="0" w:line="240" w:lineRule="auto"/>
    </w:pPr>
    <w:rPr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8">
    <w:name w:val="Balloon Text"/>
    <w:basedOn w:val="a1"/>
    <w:link w:val="aff9"/>
    <w:uiPriority w:val="99"/>
    <w:semiHidden/>
    <w:unhideWhenUsed/>
    <w:rsid w:val="009E0B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9E0B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7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213B00-63A4-4FA7-B6B1-D105B55F1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7287</Words>
  <Characters>41542</Characters>
  <Application>Microsoft Office Word</Application>
  <DocSecurity>0</DocSecurity>
  <Lines>346</Lines>
  <Paragraphs>97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48732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Ксюша</cp:lastModifiedBy>
  <cp:revision>32</cp:revision>
  <cp:lastPrinted>2023-10-09T13:40:00Z</cp:lastPrinted>
  <dcterms:created xsi:type="dcterms:W3CDTF">2013-12-23T23:15:00Z</dcterms:created>
  <dcterms:modified xsi:type="dcterms:W3CDTF">2023-10-10T18:23:00Z</dcterms:modified>
  <cp:category/>
</cp:coreProperties>
</file>